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5E1E0" w14:textId="77777777" w:rsidR="00B7475C" w:rsidRPr="004B64A1" w:rsidRDefault="00A507E8">
      <w:pPr>
        <w:jc w:val="center"/>
        <w:rPr>
          <w:b/>
          <w:sz w:val="22"/>
        </w:rPr>
      </w:pPr>
      <w:r w:rsidRPr="004B64A1">
        <w:rPr>
          <w:b/>
          <w:sz w:val="22"/>
        </w:rPr>
        <w:t>CONVOCATORIA PÚBLICA No. CV-001 DE 2026</w:t>
      </w:r>
    </w:p>
    <w:p w14:paraId="75B9D5D4" w14:textId="77777777" w:rsidR="004B64A1" w:rsidRPr="004B64A1" w:rsidRDefault="004B64A1">
      <w:pPr>
        <w:jc w:val="center"/>
        <w:rPr>
          <w:sz w:val="22"/>
        </w:rPr>
      </w:pPr>
    </w:p>
    <w:p w14:paraId="2907424A" w14:textId="77777777" w:rsidR="00B7475C" w:rsidRPr="004B64A1" w:rsidRDefault="00A507E8">
      <w:pPr>
        <w:spacing w:after="120"/>
        <w:jc w:val="center"/>
        <w:rPr>
          <w:sz w:val="22"/>
        </w:rPr>
      </w:pPr>
      <w:r w:rsidRPr="004B64A1">
        <w:rPr>
          <w:b/>
          <w:sz w:val="22"/>
        </w:rPr>
        <w:t>ANEXO No. 8 - CARTA DE COMPROMISOS ASOCIADOS A COMPRAS SOSTENIBLES</w:t>
      </w:r>
    </w:p>
    <w:p w14:paraId="1686EABA" w14:textId="77777777" w:rsidR="00B7475C" w:rsidRDefault="00A507E8" w:rsidP="004B64A1">
      <w:pPr>
        <w:spacing w:after="120"/>
        <w:jc w:val="both"/>
        <w:rPr>
          <w:sz w:val="22"/>
        </w:rPr>
      </w:pPr>
      <w:r w:rsidRPr="004B64A1">
        <w:rPr>
          <w:sz w:val="22"/>
        </w:rPr>
        <w:t>Objeto: Contratar la ejecución de actividades de establecimiento y mantenimiento de acciones de restauración forestal, así como actividades de cercado y amojonamiento para la protección y señalización de predios ubicados en las cuencas abastecedoras internas del Distrito Especial de Ciencia, Tecnología e Innovación de Medellín, incluyendo el suministro de insumos, materiales, herramientas, mano de obra, transporte y demás recursos requeridos para su adecuada ejecución, en el marco del Contrato</w:t>
      </w:r>
      <w:r w:rsidRPr="004B64A1">
        <w:rPr>
          <w:sz w:val="22"/>
        </w:rPr>
        <w:t xml:space="preserve"> 4600108265 de 2026.</w:t>
      </w:r>
    </w:p>
    <w:p w14:paraId="28B7E703" w14:textId="77777777" w:rsidR="004B64A1" w:rsidRPr="004B64A1" w:rsidRDefault="004B64A1" w:rsidP="004B64A1">
      <w:pPr>
        <w:spacing w:after="120"/>
        <w:jc w:val="both"/>
        <w:rPr>
          <w:sz w:val="22"/>
        </w:rPr>
      </w:pPr>
    </w:p>
    <w:tbl>
      <w:tblPr>
        <w:tblStyle w:val="Tablaconcuadrcula"/>
        <w:tblW w:w="0" w:type="auto"/>
        <w:jc w:val="center"/>
        <w:tblLook w:val="04A0" w:firstRow="1" w:lastRow="0" w:firstColumn="1" w:lastColumn="0" w:noHBand="0" w:noVBand="1"/>
      </w:tblPr>
      <w:tblGrid>
        <w:gridCol w:w="1724"/>
        <w:gridCol w:w="3595"/>
        <w:gridCol w:w="1120"/>
        <w:gridCol w:w="2389"/>
      </w:tblGrid>
      <w:tr w:rsidR="00B7475C" w:rsidRPr="004B64A1" w14:paraId="4F611E46" w14:textId="77777777">
        <w:trPr>
          <w:jc w:val="center"/>
        </w:trPr>
        <w:tc>
          <w:tcPr>
            <w:tcW w:w="2550" w:type="dxa"/>
            <w:vAlign w:val="center"/>
          </w:tcPr>
          <w:p w14:paraId="50E78CE1" w14:textId="77777777" w:rsidR="00B7475C" w:rsidRPr="004B64A1" w:rsidRDefault="00A507E8">
            <w:pPr>
              <w:spacing w:after="0"/>
              <w:rPr>
                <w:sz w:val="22"/>
              </w:rPr>
            </w:pPr>
            <w:r w:rsidRPr="004B64A1">
              <w:rPr>
                <w:b/>
                <w:sz w:val="22"/>
              </w:rPr>
              <w:t>Razón social / Nombre del oferente</w:t>
            </w:r>
          </w:p>
        </w:tc>
        <w:tc>
          <w:tcPr>
            <w:tcW w:w="2550" w:type="dxa"/>
            <w:vAlign w:val="center"/>
          </w:tcPr>
          <w:p w14:paraId="5E146D20" w14:textId="77777777" w:rsidR="00B7475C" w:rsidRPr="004B64A1" w:rsidRDefault="00A507E8">
            <w:pPr>
              <w:spacing w:after="0"/>
              <w:rPr>
                <w:sz w:val="22"/>
              </w:rPr>
            </w:pPr>
            <w:r w:rsidRPr="004B64A1">
              <w:rPr>
                <w:sz w:val="22"/>
              </w:rPr>
              <w:t>____________________________</w:t>
            </w:r>
          </w:p>
        </w:tc>
        <w:tc>
          <w:tcPr>
            <w:tcW w:w="2550" w:type="dxa"/>
            <w:vAlign w:val="center"/>
          </w:tcPr>
          <w:p w14:paraId="50AB5936" w14:textId="77777777" w:rsidR="00B7475C" w:rsidRPr="004B64A1" w:rsidRDefault="00A507E8">
            <w:pPr>
              <w:spacing w:after="0"/>
              <w:rPr>
                <w:sz w:val="22"/>
              </w:rPr>
            </w:pPr>
            <w:r w:rsidRPr="004B64A1">
              <w:rPr>
                <w:b/>
                <w:sz w:val="22"/>
              </w:rPr>
              <w:t>NIT / C.C.</w:t>
            </w:r>
          </w:p>
        </w:tc>
        <w:tc>
          <w:tcPr>
            <w:tcW w:w="2550" w:type="dxa"/>
            <w:vAlign w:val="center"/>
          </w:tcPr>
          <w:p w14:paraId="588A5EBB" w14:textId="77777777" w:rsidR="00B7475C" w:rsidRPr="004B64A1" w:rsidRDefault="00A507E8">
            <w:pPr>
              <w:spacing w:after="0"/>
              <w:rPr>
                <w:sz w:val="22"/>
              </w:rPr>
            </w:pPr>
            <w:r w:rsidRPr="004B64A1">
              <w:rPr>
                <w:sz w:val="22"/>
              </w:rPr>
              <w:t>__________________</w:t>
            </w:r>
          </w:p>
        </w:tc>
      </w:tr>
      <w:tr w:rsidR="00B7475C" w:rsidRPr="004B64A1" w14:paraId="479F2BDD" w14:textId="77777777">
        <w:trPr>
          <w:jc w:val="center"/>
        </w:trPr>
        <w:tc>
          <w:tcPr>
            <w:tcW w:w="2550" w:type="dxa"/>
            <w:vAlign w:val="center"/>
          </w:tcPr>
          <w:p w14:paraId="5BD34450" w14:textId="77777777" w:rsidR="00B7475C" w:rsidRPr="004B64A1" w:rsidRDefault="00A507E8">
            <w:pPr>
              <w:spacing w:after="0"/>
              <w:rPr>
                <w:sz w:val="22"/>
              </w:rPr>
            </w:pPr>
            <w:r w:rsidRPr="004B64A1">
              <w:rPr>
                <w:b/>
                <w:sz w:val="22"/>
              </w:rPr>
              <w:t>Representante legal</w:t>
            </w:r>
          </w:p>
        </w:tc>
        <w:tc>
          <w:tcPr>
            <w:tcW w:w="2550" w:type="dxa"/>
            <w:vAlign w:val="center"/>
          </w:tcPr>
          <w:p w14:paraId="52F08595" w14:textId="77777777" w:rsidR="00B7475C" w:rsidRPr="004B64A1" w:rsidRDefault="00A507E8">
            <w:pPr>
              <w:spacing w:after="0"/>
              <w:rPr>
                <w:sz w:val="22"/>
              </w:rPr>
            </w:pPr>
            <w:r w:rsidRPr="004B64A1">
              <w:rPr>
                <w:sz w:val="22"/>
              </w:rPr>
              <w:t>____________________________</w:t>
            </w:r>
          </w:p>
        </w:tc>
        <w:tc>
          <w:tcPr>
            <w:tcW w:w="2550" w:type="dxa"/>
            <w:vAlign w:val="center"/>
          </w:tcPr>
          <w:p w14:paraId="70417AC5" w14:textId="77777777" w:rsidR="00B7475C" w:rsidRPr="004B64A1" w:rsidRDefault="00A507E8">
            <w:pPr>
              <w:spacing w:after="0"/>
              <w:rPr>
                <w:sz w:val="22"/>
              </w:rPr>
            </w:pPr>
            <w:r w:rsidRPr="004B64A1">
              <w:rPr>
                <w:b/>
                <w:sz w:val="22"/>
              </w:rPr>
              <w:t>Cargo</w:t>
            </w:r>
          </w:p>
        </w:tc>
        <w:tc>
          <w:tcPr>
            <w:tcW w:w="2550" w:type="dxa"/>
            <w:vAlign w:val="center"/>
          </w:tcPr>
          <w:p w14:paraId="1B0FC903" w14:textId="77777777" w:rsidR="00B7475C" w:rsidRPr="004B64A1" w:rsidRDefault="00A507E8">
            <w:pPr>
              <w:spacing w:after="0"/>
              <w:rPr>
                <w:sz w:val="22"/>
              </w:rPr>
            </w:pPr>
            <w:r w:rsidRPr="004B64A1">
              <w:rPr>
                <w:sz w:val="22"/>
              </w:rPr>
              <w:t>__________________</w:t>
            </w:r>
          </w:p>
        </w:tc>
      </w:tr>
      <w:tr w:rsidR="00B7475C" w:rsidRPr="004B64A1" w14:paraId="1EDCD1DF" w14:textId="77777777">
        <w:trPr>
          <w:jc w:val="center"/>
        </w:trPr>
        <w:tc>
          <w:tcPr>
            <w:tcW w:w="2550" w:type="dxa"/>
            <w:vAlign w:val="center"/>
          </w:tcPr>
          <w:p w14:paraId="4062AAD5" w14:textId="77777777" w:rsidR="00B7475C" w:rsidRPr="004B64A1" w:rsidRDefault="00A507E8">
            <w:pPr>
              <w:spacing w:after="0"/>
              <w:rPr>
                <w:sz w:val="22"/>
              </w:rPr>
            </w:pPr>
            <w:r w:rsidRPr="004B64A1">
              <w:rPr>
                <w:b/>
                <w:sz w:val="22"/>
              </w:rPr>
              <w:t>Correo electrónico</w:t>
            </w:r>
          </w:p>
        </w:tc>
        <w:tc>
          <w:tcPr>
            <w:tcW w:w="2550" w:type="dxa"/>
            <w:vAlign w:val="center"/>
          </w:tcPr>
          <w:p w14:paraId="24407649" w14:textId="77777777" w:rsidR="00B7475C" w:rsidRPr="004B64A1" w:rsidRDefault="00A507E8">
            <w:pPr>
              <w:spacing w:after="0"/>
              <w:rPr>
                <w:sz w:val="22"/>
              </w:rPr>
            </w:pPr>
            <w:r w:rsidRPr="004B64A1">
              <w:rPr>
                <w:sz w:val="22"/>
              </w:rPr>
              <w:t>____________________________</w:t>
            </w:r>
          </w:p>
        </w:tc>
        <w:tc>
          <w:tcPr>
            <w:tcW w:w="2550" w:type="dxa"/>
            <w:vAlign w:val="center"/>
          </w:tcPr>
          <w:p w14:paraId="58069E3E" w14:textId="77777777" w:rsidR="00B7475C" w:rsidRPr="004B64A1" w:rsidRDefault="00A507E8">
            <w:pPr>
              <w:spacing w:after="0"/>
              <w:rPr>
                <w:sz w:val="22"/>
              </w:rPr>
            </w:pPr>
            <w:r w:rsidRPr="004B64A1">
              <w:rPr>
                <w:b/>
                <w:sz w:val="22"/>
              </w:rPr>
              <w:t>Teléfono</w:t>
            </w:r>
          </w:p>
        </w:tc>
        <w:tc>
          <w:tcPr>
            <w:tcW w:w="2550" w:type="dxa"/>
            <w:vAlign w:val="center"/>
          </w:tcPr>
          <w:p w14:paraId="10F1948E" w14:textId="77777777" w:rsidR="00B7475C" w:rsidRPr="004B64A1" w:rsidRDefault="00A507E8">
            <w:pPr>
              <w:spacing w:after="0"/>
              <w:rPr>
                <w:sz w:val="22"/>
              </w:rPr>
            </w:pPr>
            <w:r w:rsidRPr="004B64A1">
              <w:rPr>
                <w:sz w:val="22"/>
              </w:rPr>
              <w:t>__________________</w:t>
            </w:r>
          </w:p>
        </w:tc>
      </w:tr>
    </w:tbl>
    <w:p w14:paraId="186C1A07" w14:textId="77777777" w:rsidR="00B7475C" w:rsidRPr="004B64A1" w:rsidRDefault="00B7475C">
      <w:pPr>
        <w:rPr>
          <w:sz w:val="22"/>
        </w:rPr>
      </w:pPr>
    </w:p>
    <w:p w14:paraId="062F32FF" w14:textId="77777777" w:rsidR="00B7475C" w:rsidRPr="004B64A1" w:rsidRDefault="00A507E8">
      <w:pPr>
        <w:jc w:val="center"/>
        <w:rPr>
          <w:sz w:val="22"/>
        </w:rPr>
      </w:pPr>
      <w:r w:rsidRPr="004B64A1">
        <w:rPr>
          <w:b/>
          <w:sz w:val="22"/>
        </w:rPr>
        <w:t>DECLARACIÓN Y COMPROMISOS</w:t>
      </w:r>
    </w:p>
    <w:p w14:paraId="5BC419CE" w14:textId="77777777" w:rsidR="00B7475C" w:rsidRPr="004B64A1" w:rsidRDefault="00A507E8" w:rsidP="004B64A1">
      <w:pPr>
        <w:jc w:val="both"/>
        <w:rPr>
          <w:sz w:val="22"/>
        </w:rPr>
      </w:pPr>
      <w:r w:rsidRPr="004B64A1">
        <w:rPr>
          <w:sz w:val="22"/>
        </w:rPr>
        <w:t>El suscrito oferente, actuando en nombre propio o en representación de la persona jurídica identificada anteriormente, manifiesta su voluntad de implementar durante la ejecución contractual los compromisos de sostenibilidad que se señalan en el presente anexo, en caso de resultar adjudicatario.</w:t>
      </w:r>
    </w:p>
    <w:p w14:paraId="0D1EE462" w14:textId="77777777" w:rsidR="00B7475C" w:rsidRDefault="00A507E8" w:rsidP="004B64A1">
      <w:pPr>
        <w:jc w:val="both"/>
        <w:rPr>
          <w:sz w:val="22"/>
        </w:rPr>
      </w:pPr>
      <w:r w:rsidRPr="004B64A1">
        <w:rPr>
          <w:sz w:val="22"/>
        </w:rPr>
        <w:t>Los compromisos seleccionados deberán ser adicionales a las obligaciones mínimas establecidas en los Estudios Previos, las Condiciones y Términos de la Convocatoria, el Anexo de Especificaciones Técnicas y demás documentos del proceso. Los compromisos acreditados para obtener puntaje adquirirán carácter contractual y estarán sujetos a seguimiento por parte de CuencaVerde.</w:t>
      </w:r>
    </w:p>
    <w:p w14:paraId="7A7F6DB4" w14:textId="77777777" w:rsidR="004B64A1" w:rsidRPr="004B64A1" w:rsidRDefault="004B64A1" w:rsidP="004B64A1">
      <w:pPr>
        <w:jc w:val="both"/>
        <w:rPr>
          <w:sz w:val="22"/>
        </w:rPr>
      </w:pPr>
    </w:p>
    <w:p w14:paraId="752C3055" w14:textId="3837E95C" w:rsidR="00B7475C" w:rsidRPr="004B64A1" w:rsidRDefault="00A507E8" w:rsidP="004B64A1">
      <w:pPr>
        <w:pStyle w:val="Prrafodelista"/>
        <w:numPr>
          <w:ilvl w:val="0"/>
          <w:numId w:val="10"/>
        </w:numPr>
        <w:rPr>
          <w:b/>
          <w:sz w:val="22"/>
        </w:rPr>
      </w:pPr>
      <w:r w:rsidRPr="004B64A1">
        <w:rPr>
          <w:b/>
          <w:sz w:val="22"/>
        </w:rPr>
        <w:t>COMPROMISOS OFRECIDOS</w:t>
      </w:r>
    </w:p>
    <w:p w14:paraId="1FBD321B" w14:textId="77777777" w:rsidR="004B64A1" w:rsidRPr="004B64A1" w:rsidRDefault="004B64A1" w:rsidP="004B64A1">
      <w:pPr>
        <w:pStyle w:val="Prrafodelista"/>
        <w:rPr>
          <w:sz w:val="22"/>
        </w:rPr>
      </w:pPr>
    </w:p>
    <w:tbl>
      <w:tblPr>
        <w:tblStyle w:val="Tablaconcuadrcula"/>
        <w:tblW w:w="0" w:type="auto"/>
        <w:jc w:val="center"/>
        <w:tblLook w:val="04A0" w:firstRow="1" w:lastRow="0" w:firstColumn="1" w:lastColumn="0" w:noHBand="0" w:noVBand="1"/>
      </w:tblPr>
      <w:tblGrid>
        <w:gridCol w:w="1229"/>
        <w:gridCol w:w="1412"/>
        <w:gridCol w:w="1725"/>
        <w:gridCol w:w="1692"/>
        <w:gridCol w:w="2770"/>
      </w:tblGrid>
      <w:tr w:rsidR="00B7475C" w:rsidRPr="004B64A1" w14:paraId="51FD1B4C" w14:textId="77777777">
        <w:trPr>
          <w:jc w:val="center"/>
        </w:trPr>
        <w:tc>
          <w:tcPr>
            <w:tcW w:w="2040" w:type="dxa"/>
            <w:shd w:val="clear" w:color="auto" w:fill="D9EAF7"/>
            <w:vAlign w:val="center"/>
          </w:tcPr>
          <w:p w14:paraId="3B471794" w14:textId="77777777" w:rsidR="00B7475C" w:rsidRPr="004B64A1" w:rsidRDefault="00A507E8">
            <w:pPr>
              <w:spacing w:after="0"/>
              <w:jc w:val="center"/>
              <w:rPr>
                <w:sz w:val="22"/>
              </w:rPr>
            </w:pPr>
            <w:r w:rsidRPr="004B64A1">
              <w:rPr>
                <w:b/>
                <w:sz w:val="22"/>
              </w:rPr>
              <w:t>Seleccione</w:t>
            </w:r>
          </w:p>
        </w:tc>
        <w:tc>
          <w:tcPr>
            <w:tcW w:w="2040" w:type="dxa"/>
            <w:shd w:val="clear" w:color="auto" w:fill="D9EAF7"/>
            <w:vAlign w:val="center"/>
          </w:tcPr>
          <w:p w14:paraId="3160556B" w14:textId="77777777" w:rsidR="00B7475C" w:rsidRPr="004B64A1" w:rsidRDefault="00A507E8">
            <w:pPr>
              <w:spacing w:after="0"/>
              <w:jc w:val="center"/>
              <w:rPr>
                <w:sz w:val="22"/>
              </w:rPr>
            </w:pPr>
            <w:r w:rsidRPr="004B64A1">
              <w:rPr>
                <w:b/>
                <w:sz w:val="22"/>
              </w:rPr>
              <w:t>Compromiso</w:t>
            </w:r>
          </w:p>
        </w:tc>
        <w:tc>
          <w:tcPr>
            <w:tcW w:w="2040" w:type="dxa"/>
            <w:shd w:val="clear" w:color="auto" w:fill="D9EAF7"/>
            <w:vAlign w:val="center"/>
          </w:tcPr>
          <w:p w14:paraId="57B9BCBE" w14:textId="77777777" w:rsidR="00B7475C" w:rsidRPr="004B64A1" w:rsidRDefault="00A507E8">
            <w:pPr>
              <w:spacing w:after="0"/>
              <w:jc w:val="center"/>
              <w:rPr>
                <w:sz w:val="22"/>
              </w:rPr>
            </w:pPr>
            <w:r w:rsidRPr="004B64A1">
              <w:rPr>
                <w:b/>
                <w:sz w:val="22"/>
              </w:rPr>
              <w:t>Descripción mínima del compromiso</w:t>
            </w:r>
          </w:p>
        </w:tc>
        <w:tc>
          <w:tcPr>
            <w:tcW w:w="2040" w:type="dxa"/>
            <w:shd w:val="clear" w:color="auto" w:fill="D9EAF7"/>
            <w:vAlign w:val="center"/>
          </w:tcPr>
          <w:p w14:paraId="0B8A9AD2" w14:textId="77777777" w:rsidR="00B7475C" w:rsidRPr="004B64A1" w:rsidRDefault="00A507E8">
            <w:pPr>
              <w:spacing w:after="0"/>
              <w:jc w:val="center"/>
              <w:rPr>
                <w:sz w:val="22"/>
              </w:rPr>
            </w:pPr>
            <w:r w:rsidRPr="004B64A1">
              <w:rPr>
                <w:b/>
                <w:sz w:val="22"/>
              </w:rPr>
              <w:t>Forma de implementación propuesta por el oferente</w:t>
            </w:r>
          </w:p>
        </w:tc>
        <w:tc>
          <w:tcPr>
            <w:tcW w:w="2040" w:type="dxa"/>
            <w:shd w:val="clear" w:color="auto" w:fill="D9EAF7"/>
            <w:vAlign w:val="center"/>
          </w:tcPr>
          <w:p w14:paraId="5F621CF0" w14:textId="77777777" w:rsidR="00B7475C" w:rsidRPr="004B64A1" w:rsidRDefault="00A507E8">
            <w:pPr>
              <w:spacing w:after="0"/>
              <w:jc w:val="center"/>
              <w:rPr>
                <w:sz w:val="22"/>
              </w:rPr>
            </w:pPr>
            <w:r w:rsidRPr="004B64A1">
              <w:rPr>
                <w:b/>
                <w:sz w:val="22"/>
              </w:rPr>
              <w:t>Medio de verificación durante la ejecución</w:t>
            </w:r>
          </w:p>
        </w:tc>
      </w:tr>
      <w:tr w:rsidR="00B7475C" w:rsidRPr="004B64A1" w14:paraId="7212666C" w14:textId="77777777">
        <w:trPr>
          <w:jc w:val="center"/>
        </w:trPr>
        <w:tc>
          <w:tcPr>
            <w:tcW w:w="2040" w:type="dxa"/>
            <w:vAlign w:val="center"/>
          </w:tcPr>
          <w:p w14:paraId="760D12F7" w14:textId="77777777" w:rsidR="00B7475C" w:rsidRPr="004B64A1" w:rsidRDefault="00A507E8">
            <w:pPr>
              <w:spacing w:after="0"/>
              <w:jc w:val="center"/>
              <w:rPr>
                <w:sz w:val="22"/>
              </w:rPr>
            </w:pPr>
            <w:r w:rsidRPr="004B64A1">
              <w:rPr>
                <w:sz w:val="22"/>
              </w:rPr>
              <w:t>☐</w:t>
            </w:r>
          </w:p>
        </w:tc>
        <w:tc>
          <w:tcPr>
            <w:tcW w:w="2040" w:type="dxa"/>
            <w:vAlign w:val="center"/>
          </w:tcPr>
          <w:p w14:paraId="6E9D7E32" w14:textId="77777777" w:rsidR="00B7475C" w:rsidRPr="004B64A1" w:rsidRDefault="00A507E8">
            <w:pPr>
              <w:spacing w:after="0"/>
              <w:rPr>
                <w:sz w:val="22"/>
              </w:rPr>
            </w:pPr>
            <w:r w:rsidRPr="004B64A1">
              <w:rPr>
                <w:sz w:val="22"/>
              </w:rPr>
              <w:t>Vinculación de mano de obra local</w:t>
            </w:r>
          </w:p>
        </w:tc>
        <w:tc>
          <w:tcPr>
            <w:tcW w:w="2040" w:type="dxa"/>
            <w:vAlign w:val="center"/>
          </w:tcPr>
          <w:p w14:paraId="2AFF36BB" w14:textId="77777777" w:rsidR="00B7475C" w:rsidRPr="004B64A1" w:rsidRDefault="00A507E8">
            <w:pPr>
              <w:spacing w:after="0"/>
              <w:rPr>
                <w:sz w:val="22"/>
              </w:rPr>
            </w:pPr>
            <w:r w:rsidRPr="004B64A1">
              <w:rPr>
                <w:sz w:val="22"/>
              </w:rPr>
              <w:t>Priorizar, cuando sea viable, la vinculación de personal operativo proveniente de municipios o zonas de intervención.</w:t>
            </w:r>
          </w:p>
        </w:tc>
        <w:tc>
          <w:tcPr>
            <w:tcW w:w="2040" w:type="dxa"/>
            <w:vAlign w:val="center"/>
          </w:tcPr>
          <w:p w14:paraId="1BE3736F" w14:textId="77777777" w:rsidR="00B7475C" w:rsidRPr="004B64A1" w:rsidRDefault="00A507E8">
            <w:pPr>
              <w:spacing w:after="0"/>
              <w:rPr>
                <w:sz w:val="22"/>
              </w:rPr>
            </w:pPr>
            <w:r w:rsidRPr="004B64A1">
              <w:rPr>
                <w:sz w:val="22"/>
              </w:rPr>
              <w:br/>
            </w:r>
            <w:r w:rsidRPr="004B64A1">
              <w:rPr>
                <w:sz w:val="22"/>
              </w:rPr>
              <w:br/>
            </w:r>
          </w:p>
        </w:tc>
        <w:tc>
          <w:tcPr>
            <w:tcW w:w="2040" w:type="dxa"/>
            <w:vAlign w:val="center"/>
          </w:tcPr>
          <w:p w14:paraId="7FD03872" w14:textId="77777777" w:rsidR="00B7475C" w:rsidRPr="004B64A1" w:rsidRDefault="00A507E8">
            <w:pPr>
              <w:spacing w:after="0"/>
              <w:rPr>
                <w:sz w:val="22"/>
              </w:rPr>
            </w:pPr>
            <w:r w:rsidRPr="004B64A1">
              <w:rPr>
                <w:sz w:val="22"/>
              </w:rPr>
              <w:t>Relación de personal vinculado, municipio de residencia y soportes contractuales o de afiliación, cuando aplique.</w:t>
            </w:r>
          </w:p>
        </w:tc>
      </w:tr>
      <w:tr w:rsidR="00B7475C" w:rsidRPr="004B64A1" w14:paraId="4B05281F" w14:textId="77777777">
        <w:trPr>
          <w:jc w:val="center"/>
        </w:trPr>
        <w:tc>
          <w:tcPr>
            <w:tcW w:w="2040" w:type="dxa"/>
            <w:vAlign w:val="center"/>
          </w:tcPr>
          <w:p w14:paraId="46F0248F" w14:textId="77777777" w:rsidR="00B7475C" w:rsidRPr="004B64A1" w:rsidRDefault="00A507E8">
            <w:pPr>
              <w:spacing w:after="0"/>
              <w:jc w:val="center"/>
              <w:rPr>
                <w:sz w:val="22"/>
              </w:rPr>
            </w:pPr>
            <w:r w:rsidRPr="004B64A1">
              <w:rPr>
                <w:sz w:val="22"/>
              </w:rPr>
              <w:lastRenderedPageBreak/>
              <w:t>☐</w:t>
            </w:r>
          </w:p>
        </w:tc>
        <w:tc>
          <w:tcPr>
            <w:tcW w:w="2040" w:type="dxa"/>
            <w:vAlign w:val="center"/>
          </w:tcPr>
          <w:p w14:paraId="05B76E60" w14:textId="77777777" w:rsidR="00B7475C" w:rsidRPr="004B64A1" w:rsidRDefault="00A507E8">
            <w:pPr>
              <w:spacing w:after="0"/>
              <w:rPr>
                <w:sz w:val="22"/>
              </w:rPr>
            </w:pPr>
            <w:r w:rsidRPr="004B64A1">
              <w:rPr>
                <w:sz w:val="22"/>
              </w:rPr>
              <w:t>Compras a proveedores locales y/o MiPyme</w:t>
            </w:r>
          </w:p>
        </w:tc>
        <w:tc>
          <w:tcPr>
            <w:tcW w:w="2040" w:type="dxa"/>
            <w:vAlign w:val="center"/>
          </w:tcPr>
          <w:p w14:paraId="691205FB" w14:textId="77777777" w:rsidR="00B7475C" w:rsidRPr="004B64A1" w:rsidRDefault="00A507E8">
            <w:pPr>
              <w:spacing w:after="0"/>
              <w:rPr>
                <w:sz w:val="22"/>
              </w:rPr>
            </w:pPr>
            <w:r w:rsidRPr="004B64A1">
              <w:rPr>
                <w:sz w:val="22"/>
              </w:rPr>
              <w:t>Priorizar, cuando exista disponibilidad técnica y económica, la adquisición de bienes, materiales o servicios a proveedores locales y/o MiPyme.</w:t>
            </w:r>
          </w:p>
        </w:tc>
        <w:tc>
          <w:tcPr>
            <w:tcW w:w="2040" w:type="dxa"/>
            <w:vAlign w:val="center"/>
          </w:tcPr>
          <w:p w14:paraId="737C555B" w14:textId="77777777" w:rsidR="00B7475C" w:rsidRPr="004B64A1" w:rsidRDefault="00A507E8">
            <w:pPr>
              <w:spacing w:after="0"/>
              <w:rPr>
                <w:sz w:val="22"/>
              </w:rPr>
            </w:pPr>
            <w:r w:rsidRPr="004B64A1">
              <w:rPr>
                <w:sz w:val="22"/>
              </w:rPr>
              <w:br/>
            </w:r>
            <w:r w:rsidRPr="004B64A1">
              <w:rPr>
                <w:sz w:val="22"/>
              </w:rPr>
              <w:br/>
            </w:r>
          </w:p>
        </w:tc>
        <w:tc>
          <w:tcPr>
            <w:tcW w:w="2040" w:type="dxa"/>
            <w:vAlign w:val="center"/>
          </w:tcPr>
          <w:p w14:paraId="03E388D6" w14:textId="77777777" w:rsidR="00B7475C" w:rsidRPr="004B64A1" w:rsidRDefault="00A507E8">
            <w:pPr>
              <w:spacing w:after="0"/>
              <w:rPr>
                <w:sz w:val="22"/>
              </w:rPr>
            </w:pPr>
            <w:r w:rsidRPr="004B64A1">
              <w:rPr>
                <w:sz w:val="22"/>
              </w:rPr>
              <w:t>Órdenes de compra, facturas, certificaciones o relación de proveedores.</w:t>
            </w:r>
          </w:p>
        </w:tc>
      </w:tr>
      <w:tr w:rsidR="00B7475C" w:rsidRPr="004B64A1" w14:paraId="20A6E837" w14:textId="77777777">
        <w:trPr>
          <w:jc w:val="center"/>
        </w:trPr>
        <w:tc>
          <w:tcPr>
            <w:tcW w:w="2040" w:type="dxa"/>
            <w:vAlign w:val="center"/>
          </w:tcPr>
          <w:p w14:paraId="1FE117D0" w14:textId="77777777" w:rsidR="00B7475C" w:rsidRPr="004B64A1" w:rsidRDefault="00A507E8">
            <w:pPr>
              <w:spacing w:after="0"/>
              <w:jc w:val="center"/>
              <w:rPr>
                <w:sz w:val="22"/>
              </w:rPr>
            </w:pPr>
            <w:r w:rsidRPr="004B64A1">
              <w:rPr>
                <w:sz w:val="22"/>
              </w:rPr>
              <w:t>☐</w:t>
            </w:r>
          </w:p>
        </w:tc>
        <w:tc>
          <w:tcPr>
            <w:tcW w:w="2040" w:type="dxa"/>
            <w:vAlign w:val="center"/>
          </w:tcPr>
          <w:p w14:paraId="195B4548" w14:textId="77777777" w:rsidR="00B7475C" w:rsidRPr="004B64A1" w:rsidRDefault="00A507E8">
            <w:pPr>
              <w:spacing w:after="0"/>
              <w:rPr>
                <w:sz w:val="22"/>
              </w:rPr>
            </w:pPr>
            <w:r w:rsidRPr="004B64A1">
              <w:rPr>
                <w:sz w:val="22"/>
              </w:rPr>
              <w:t>Reducción y gestión de empaques</w:t>
            </w:r>
          </w:p>
        </w:tc>
        <w:tc>
          <w:tcPr>
            <w:tcW w:w="2040" w:type="dxa"/>
            <w:vAlign w:val="center"/>
          </w:tcPr>
          <w:p w14:paraId="5D7D8FE8" w14:textId="77777777" w:rsidR="00B7475C" w:rsidRPr="004B64A1" w:rsidRDefault="00A507E8">
            <w:pPr>
              <w:spacing w:after="0"/>
              <w:rPr>
                <w:sz w:val="22"/>
              </w:rPr>
            </w:pPr>
            <w:r w:rsidRPr="004B64A1">
              <w:rPr>
                <w:sz w:val="22"/>
              </w:rPr>
              <w:t>Reducir empaques innecesarios y favorecer empaques reutilizables, reciclables o de menor impacto ambiental.</w:t>
            </w:r>
          </w:p>
        </w:tc>
        <w:tc>
          <w:tcPr>
            <w:tcW w:w="2040" w:type="dxa"/>
            <w:vAlign w:val="center"/>
          </w:tcPr>
          <w:p w14:paraId="35068C53" w14:textId="77777777" w:rsidR="00B7475C" w:rsidRPr="004B64A1" w:rsidRDefault="00A507E8">
            <w:pPr>
              <w:spacing w:after="0"/>
              <w:rPr>
                <w:sz w:val="22"/>
              </w:rPr>
            </w:pPr>
            <w:r w:rsidRPr="004B64A1">
              <w:rPr>
                <w:sz w:val="22"/>
              </w:rPr>
              <w:br/>
            </w:r>
            <w:r w:rsidRPr="004B64A1">
              <w:rPr>
                <w:sz w:val="22"/>
              </w:rPr>
              <w:br/>
            </w:r>
          </w:p>
        </w:tc>
        <w:tc>
          <w:tcPr>
            <w:tcW w:w="2040" w:type="dxa"/>
            <w:vAlign w:val="center"/>
          </w:tcPr>
          <w:p w14:paraId="57422C36" w14:textId="77777777" w:rsidR="00B7475C" w:rsidRPr="004B64A1" w:rsidRDefault="00A507E8">
            <w:pPr>
              <w:spacing w:after="0"/>
              <w:rPr>
                <w:sz w:val="22"/>
              </w:rPr>
            </w:pPr>
            <w:r w:rsidRPr="004B64A1">
              <w:rPr>
                <w:sz w:val="22"/>
              </w:rPr>
              <w:t>Declaración del proveedor, registros fotográficos, fichas de empaque o soportes de disposición/aprovechamiento.</w:t>
            </w:r>
          </w:p>
        </w:tc>
      </w:tr>
      <w:tr w:rsidR="00B7475C" w:rsidRPr="004B64A1" w14:paraId="729E3628" w14:textId="77777777">
        <w:trPr>
          <w:jc w:val="center"/>
        </w:trPr>
        <w:tc>
          <w:tcPr>
            <w:tcW w:w="2040" w:type="dxa"/>
            <w:vAlign w:val="center"/>
          </w:tcPr>
          <w:p w14:paraId="3E273C3B" w14:textId="77777777" w:rsidR="00B7475C" w:rsidRPr="004B64A1" w:rsidRDefault="00A507E8">
            <w:pPr>
              <w:spacing w:after="0"/>
              <w:jc w:val="center"/>
              <w:rPr>
                <w:sz w:val="22"/>
              </w:rPr>
            </w:pPr>
            <w:r w:rsidRPr="004B64A1">
              <w:rPr>
                <w:sz w:val="22"/>
              </w:rPr>
              <w:t>☐</w:t>
            </w:r>
          </w:p>
        </w:tc>
        <w:tc>
          <w:tcPr>
            <w:tcW w:w="2040" w:type="dxa"/>
            <w:vAlign w:val="center"/>
          </w:tcPr>
          <w:p w14:paraId="023E6A65" w14:textId="77777777" w:rsidR="00B7475C" w:rsidRPr="004B64A1" w:rsidRDefault="00A507E8">
            <w:pPr>
              <w:spacing w:after="0"/>
              <w:rPr>
                <w:sz w:val="22"/>
              </w:rPr>
            </w:pPr>
            <w:r w:rsidRPr="004B64A1">
              <w:rPr>
                <w:sz w:val="22"/>
              </w:rPr>
              <w:t>Gestión adecuada de residuos</w:t>
            </w:r>
          </w:p>
        </w:tc>
        <w:tc>
          <w:tcPr>
            <w:tcW w:w="2040" w:type="dxa"/>
            <w:vAlign w:val="center"/>
          </w:tcPr>
          <w:p w14:paraId="2F8458B1" w14:textId="77777777" w:rsidR="00B7475C" w:rsidRPr="004B64A1" w:rsidRDefault="00A507E8">
            <w:pPr>
              <w:spacing w:after="0"/>
              <w:rPr>
                <w:sz w:val="22"/>
              </w:rPr>
            </w:pPr>
            <w:r w:rsidRPr="004B64A1">
              <w:rPr>
                <w:sz w:val="22"/>
              </w:rPr>
              <w:t>Implementar medidas adicionales para separación, recolección, aprovechamiento y disposición adecuada de residuos generados durante la ejecución.</w:t>
            </w:r>
          </w:p>
        </w:tc>
        <w:tc>
          <w:tcPr>
            <w:tcW w:w="2040" w:type="dxa"/>
            <w:vAlign w:val="center"/>
          </w:tcPr>
          <w:p w14:paraId="034B5A65" w14:textId="77777777" w:rsidR="00B7475C" w:rsidRPr="004B64A1" w:rsidRDefault="00A507E8">
            <w:pPr>
              <w:spacing w:after="0"/>
              <w:rPr>
                <w:sz w:val="22"/>
              </w:rPr>
            </w:pPr>
            <w:r w:rsidRPr="004B64A1">
              <w:rPr>
                <w:sz w:val="22"/>
              </w:rPr>
              <w:br/>
            </w:r>
            <w:r w:rsidRPr="004B64A1">
              <w:rPr>
                <w:sz w:val="22"/>
              </w:rPr>
              <w:br/>
            </w:r>
          </w:p>
        </w:tc>
        <w:tc>
          <w:tcPr>
            <w:tcW w:w="2040" w:type="dxa"/>
            <w:vAlign w:val="center"/>
          </w:tcPr>
          <w:p w14:paraId="7CD781DF" w14:textId="77777777" w:rsidR="00B7475C" w:rsidRPr="004B64A1" w:rsidRDefault="00A507E8">
            <w:pPr>
              <w:spacing w:after="0"/>
              <w:rPr>
                <w:sz w:val="22"/>
              </w:rPr>
            </w:pPr>
            <w:r w:rsidRPr="004B64A1">
              <w:rPr>
                <w:sz w:val="22"/>
              </w:rPr>
              <w:t>Registros de separación, actas, soportes de entrega a gestores, fotografías o reportes de campo.</w:t>
            </w:r>
          </w:p>
        </w:tc>
      </w:tr>
      <w:tr w:rsidR="00B7475C" w:rsidRPr="004B64A1" w14:paraId="13A836F3" w14:textId="77777777">
        <w:trPr>
          <w:jc w:val="center"/>
        </w:trPr>
        <w:tc>
          <w:tcPr>
            <w:tcW w:w="2040" w:type="dxa"/>
            <w:vAlign w:val="center"/>
          </w:tcPr>
          <w:p w14:paraId="3A908DE6" w14:textId="77777777" w:rsidR="00B7475C" w:rsidRPr="004B64A1" w:rsidRDefault="00A507E8">
            <w:pPr>
              <w:spacing w:after="0"/>
              <w:jc w:val="center"/>
              <w:rPr>
                <w:sz w:val="22"/>
              </w:rPr>
            </w:pPr>
            <w:r w:rsidRPr="004B64A1">
              <w:rPr>
                <w:sz w:val="22"/>
              </w:rPr>
              <w:t>☐</w:t>
            </w:r>
          </w:p>
        </w:tc>
        <w:tc>
          <w:tcPr>
            <w:tcW w:w="2040" w:type="dxa"/>
            <w:vAlign w:val="center"/>
          </w:tcPr>
          <w:p w14:paraId="56A083A6" w14:textId="77777777" w:rsidR="00B7475C" w:rsidRPr="004B64A1" w:rsidRDefault="00A507E8">
            <w:pPr>
              <w:spacing w:after="0"/>
              <w:rPr>
                <w:sz w:val="22"/>
              </w:rPr>
            </w:pPr>
            <w:r w:rsidRPr="004B64A1">
              <w:rPr>
                <w:sz w:val="22"/>
              </w:rPr>
              <w:t>Uso eficiente de materiales e insumos</w:t>
            </w:r>
          </w:p>
        </w:tc>
        <w:tc>
          <w:tcPr>
            <w:tcW w:w="2040" w:type="dxa"/>
            <w:vAlign w:val="center"/>
          </w:tcPr>
          <w:p w14:paraId="66E76200" w14:textId="77777777" w:rsidR="00B7475C" w:rsidRPr="004B64A1" w:rsidRDefault="00A507E8">
            <w:pPr>
              <w:spacing w:after="0"/>
              <w:rPr>
                <w:sz w:val="22"/>
              </w:rPr>
            </w:pPr>
            <w:r w:rsidRPr="004B64A1">
              <w:rPr>
                <w:sz w:val="22"/>
              </w:rPr>
              <w:t>Aplicar prácticas para disminuir desperdicios, optimizar el consumo de insumos y favorecer la reutilización o aprovechamiento cuando sea técnicamente posible.</w:t>
            </w:r>
          </w:p>
        </w:tc>
        <w:tc>
          <w:tcPr>
            <w:tcW w:w="2040" w:type="dxa"/>
            <w:vAlign w:val="center"/>
          </w:tcPr>
          <w:p w14:paraId="55A78D04" w14:textId="77777777" w:rsidR="00B7475C" w:rsidRPr="004B64A1" w:rsidRDefault="00A507E8">
            <w:pPr>
              <w:spacing w:after="0"/>
              <w:rPr>
                <w:sz w:val="22"/>
              </w:rPr>
            </w:pPr>
            <w:r w:rsidRPr="004B64A1">
              <w:rPr>
                <w:sz w:val="22"/>
              </w:rPr>
              <w:br/>
            </w:r>
            <w:r w:rsidRPr="004B64A1">
              <w:rPr>
                <w:sz w:val="22"/>
              </w:rPr>
              <w:br/>
            </w:r>
          </w:p>
        </w:tc>
        <w:tc>
          <w:tcPr>
            <w:tcW w:w="2040" w:type="dxa"/>
            <w:vAlign w:val="center"/>
          </w:tcPr>
          <w:p w14:paraId="17D9A554" w14:textId="77777777" w:rsidR="00B7475C" w:rsidRPr="004B64A1" w:rsidRDefault="00A507E8">
            <w:pPr>
              <w:spacing w:after="0"/>
              <w:rPr>
                <w:sz w:val="22"/>
              </w:rPr>
            </w:pPr>
            <w:r w:rsidRPr="004B64A1">
              <w:rPr>
                <w:sz w:val="22"/>
              </w:rPr>
              <w:t>Registros de consumo, reportes de aprovechamiento, control de inventarios o evidencias de buenas prácticas.</w:t>
            </w:r>
          </w:p>
        </w:tc>
      </w:tr>
      <w:tr w:rsidR="00B7475C" w:rsidRPr="004B64A1" w14:paraId="5EC78294" w14:textId="77777777">
        <w:trPr>
          <w:jc w:val="center"/>
        </w:trPr>
        <w:tc>
          <w:tcPr>
            <w:tcW w:w="2040" w:type="dxa"/>
            <w:vAlign w:val="center"/>
          </w:tcPr>
          <w:p w14:paraId="3750BAEE" w14:textId="77777777" w:rsidR="00B7475C" w:rsidRPr="004B64A1" w:rsidRDefault="00A507E8">
            <w:pPr>
              <w:spacing w:after="0"/>
              <w:jc w:val="center"/>
              <w:rPr>
                <w:sz w:val="22"/>
              </w:rPr>
            </w:pPr>
            <w:r w:rsidRPr="004B64A1">
              <w:rPr>
                <w:sz w:val="22"/>
              </w:rPr>
              <w:t>☐</w:t>
            </w:r>
          </w:p>
        </w:tc>
        <w:tc>
          <w:tcPr>
            <w:tcW w:w="2040" w:type="dxa"/>
            <w:vAlign w:val="center"/>
          </w:tcPr>
          <w:p w14:paraId="2F200E36" w14:textId="77777777" w:rsidR="00B7475C" w:rsidRPr="004B64A1" w:rsidRDefault="00A507E8">
            <w:pPr>
              <w:spacing w:after="0"/>
              <w:rPr>
                <w:sz w:val="22"/>
              </w:rPr>
            </w:pPr>
            <w:r w:rsidRPr="004B64A1">
              <w:rPr>
                <w:sz w:val="22"/>
              </w:rPr>
              <w:t>Logística y transporte con menor impacto</w:t>
            </w:r>
          </w:p>
        </w:tc>
        <w:tc>
          <w:tcPr>
            <w:tcW w:w="2040" w:type="dxa"/>
            <w:vAlign w:val="center"/>
          </w:tcPr>
          <w:p w14:paraId="7BCDE79C" w14:textId="77777777" w:rsidR="00B7475C" w:rsidRPr="004B64A1" w:rsidRDefault="00A507E8">
            <w:pPr>
              <w:spacing w:after="0"/>
              <w:rPr>
                <w:sz w:val="22"/>
              </w:rPr>
            </w:pPr>
            <w:r w:rsidRPr="004B64A1">
              <w:rPr>
                <w:sz w:val="22"/>
              </w:rPr>
              <w:t>Adoptar medidas para optimizar desplazamientos, consolidar cargas o reducir recorridos innecesarios asociados a personal, materiales e insumos.</w:t>
            </w:r>
          </w:p>
        </w:tc>
        <w:tc>
          <w:tcPr>
            <w:tcW w:w="2040" w:type="dxa"/>
            <w:vAlign w:val="center"/>
          </w:tcPr>
          <w:p w14:paraId="253B3C24" w14:textId="77777777" w:rsidR="00B7475C" w:rsidRPr="004B64A1" w:rsidRDefault="00A507E8">
            <w:pPr>
              <w:spacing w:after="0"/>
              <w:rPr>
                <w:sz w:val="22"/>
              </w:rPr>
            </w:pPr>
            <w:r w:rsidRPr="004B64A1">
              <w:rPr>
                <w:sz w:val="22"/>
              </w:rPr>
              <w:br/>
            </w:r>
            <w:r w:rsidRPr="004B64A1">
              <w:rPr>
                <w:sz w:val="22"/>
              </w:rPr>
              <w:br/>
            </w:r>
          </w:p>
        </w:tc>
        <w:tc>
          <w:tcPr>
            <w:tcW w:w="2040" w:type="dxa"/>
            <w:vAlign w:val="center"/>
          </w:tcPr>
          <w:p w14:paraId="6C7EFD47" w14:textId="77777777" w:rsidR="00B7475C" w:rsidRPr="004B64A1" w:rsidRDefault="00A507E8">
            <w:pPr>
              <w:spacing w:after="0"/>
              <w:rPr>
                <w:sz w:val="22"/>
              </w:rPr>
            </w:pPr>
            <w:r w:rsidRPr="004B64A1">
              <w:rPr>
                <w:sz w:val="22"/>
              </w:rPr>
              <w:t>Programaciones de rutas, registros de desplazamiento, reportes logísticos u otros soportes verificables.</w:t>
            </w:r>
          </w:p>
        </w:tc>
      </w:tr>
    </w:tbl>
    <w:p w14:paraId="26E95649" w14:textId="77777777" w:rsidR="00B7475C" w:rsidRPr="004B64A1" w:rsidRDefault="00B7475C">
      <w:pPr>
        <w:rPr>
          <w:sz w:val="22"/>
        </w:rPr>
      </w:pPr>
    </w:p>
    <w:p w14:paraId="60A00549" w14:textId="77777777" w:rsidR="00B7475C" w:rsidRDefault="00A507E8">
      <w:pPr>
        <w:rPr>
          <w:b/>
          <w:sz w:val="22"/>
        </w:rPr>
      </w:pPr>
      <w:r w:rsidRPr="004B64A1">
        <w:rPr>
          <w:b/>
          <w:sz w:val="22"/>
        </w:rPr>
        <w:t>2. OTRO COMPROMISO ADICIONAL PROPUESTO POR EL OFERENTE</w:t>
      </w:r>
    </w:p>
    <w:p w14:paraId="7EABD387" w14:textId="77777777" w:rsidR="004B64A1" w:rsidRPr="004B64A1" w:rsidRDefault="004B64A1">
      <w:pPr>
        <w:rPr>
          <w:sz w:val="22"/>
        </w:rPr>
      </w:pPr>
    </w:p>
    <w:p w14:paraId="75F7A865" w14:textId="77777777" w:rsidR="00B7475C" w:rsidRPr="004B64A1" w:rsidRDefault="00A507E8" w:rsidP="004B64A1">
      <w:pPr>
        <w:jc w:val="both"/>
        <w:rPr>
          <w:sz w:val="22"/>
        </w:rPr>
      </w:pPr>
      <w:r w:rsidRPr="004B64A1">
        <w:rPr>
          <w:sz w:val="22"/>
        </w:rPr>
        <w:t>El oferente podrá proponer un compromiso adicional, siempre que sea concreto, verificable, pertinente al objeto contractual y adicional a las obligaciones mínimas exigidas.</w:t>
      </w:r>
    </w:p>
    <w:tbl>
      <w:tblPr>
        <w:tblStyle w:val="Tablaconcuadrcula"/>
        <w:tblW w:w="0" w:type="auto"/>
        <w:jc w:val="center"/>
        <w:tblLook w:val="04A0" w:firstRow="1" w:lastRow="0" w:firstColumn="1" w:lastColumn="0" w:noHBand="0" w:noVBand="1"/>
      </w:tblPr>
      <w:tblGrid>
        <w:gridCol w:w="4556"/>
        <w:gridCol w:w="4272"/>
      </w:tblGrid>
      <w:tr w:rsidR="00B7475C" w:rsidRPr="004B64A1" w14:paraId="3015A7AE" w14:textId="77777777">
        <w:trPr>
          <w:jc w:val="center"/>
        </w:trPr>
        <w:tc>
          <w:tcPr>
            <w:tcW w:w="5100" w:type="dxa"/>
            <w:vAlign w:val="center"/>
          </w:tcPr>
          <w:p w14:paraId="39041397" w14:textId="77777777" w:rsidR="00B7475C" w:rsidRPr="004B64A1" w:rsidRDefault="00A507E8">
            <w:pPr>
              <w:spacing w:after="0"/>
              <w:rPr>
                <w:sz w:val="22"/>
              </w:rPr>
            </w:pPr>
            <w:r w:rsidRPr="004B64A1">
              <w:rPr>
                <w:b/>
                <w:sz w:val="22"/>
              </w:rPr>
              <w:t>Compromiso adicional</w:t>
            </w:r>
          </w:p>
        </w:tc>
        <w:tc>
          <w:tcPr>
            <w:tcW w:w="5100" w:type="dxa"/>
            <w:vAlign w:val="center"/>
          </w:tcPr>
          <w:p w14:paraId="6C706D15" w14:textId="77777777" w:rsidR="00B7475C" w:rsidRPr="004B64A1" w:rsidRDefault="00A507E8">
            <w:pPr>
              <w:spacing w:after="0"/>
              <w:rPr>
                <w:sz w:val="22"/>
              </w:rPr>
            </w:pPr>
            <w:r w:rsidRPr="004B64A1">
              <w:rPr>
                <w:sz w:val="22"/>
              </w:rPr>
              <w:br/>
            </w:r>
            <w:r w:rsidRPr="004B64A1">
              <w:rPr>
                <w:sz w:val="22"/>
              </w:rPr>
              <w:br/>
            </w:r>
          </w:p>
        </w:tc>
      </w:tr>
      <w:tr w:rsidR="00B7475C" w:rsidRPr="004B64A1" w14:paraId="6AAF62E2" w14:textId="77777777">
        <w:trPr>
          <w:jc w:val="center"/>
        </w:trPr>
        <w:tc>
          <w:tcPr>
            <w:tcW w:w="5100" w:type="dxa"/>
            <w:vAlign w:val="center"/>
          </w:tcPr>
          <w:p w14:paraId="49CE8B29" w14:textId="77777777" w:rsidR="00B7475C" w:rsidRPr="004B64A1" w:rsidRDefault="00A507E8">
            <w:pPr>
              <w:spacing w:after="0"/>
              <w:rPr>
                <w:sz w:val="22"/>
              </w:rPr>
            </w:pPr>
            <w:r w:rsidRPr="004B64A1">
              <w:rPr>
                <w:b/>
                <w:sz w:val="22"/>
              </w:rPr>
              <w:t>Forma de implementación</w:t>
            </w:r>
          </w:p>
        </w:tc>
        <w:tc>
          <w:tcPr>
            <w:tcW w:w="5100" w:type="dxa"/>
            <w:vAlign w:val="center"/>
          </w:tcPr>
          <w:p w14:paraId="13BD92A4" w14:textId="77777777" w:rsidR="00B7475C" w:rsidRPr="004B64A1" w:rsidRDefault="00A507E8">
            <w:pPr>
              <w:spacing w:after="0"/>
              <w:rPr>
                <w:sz w:val="22"/>
              </w:rPr>
            </w:pPr>
            <w:r w:rsidRPr="004B64A1">
              <w:rPr>
                <w:sz w:val="22"/>
              </w:rPr>
              <w:br/>
            </w:r>
            <w:r w:rsidRPr="004B64A1">
              <w:rPr>
                <w:sz w:val="22"/>
              </w:rPr>
              <w:br/>
            </w:r>
          </w:p>
        </w:tc>
      </w:tr>
      <w:tr w:rsidR="00B7475C" w:rsidRPr="004B64A1" w14:paraId="6A695121" w14:textId="77777777">
        <w:trPr>
          <w:jc w:val="center"/>
        </w:trPr>
        <w:tc>
          <w:tcPr>
            <w:tcW w:w="5100" w:type="dxa"/>
            <w:vAlign w:val="center"/>
          </w:tcPr>
          <w:p w14:paraId="657178FA" w14:textId="77777777" w:rsidR="00B7475C" w:rsidRPr="004B64A1" w:rsidRDefault="00A507E8">
            <w:pPr>
              <w:spacing w:after="0"/>
              <w:rPr>
                <w:sz w:val="22"/>
              </w:rPr>
            </w:pPr>
            <w:r w:rsidRPr="004B64A1">
              <w:rPr>
                <w:b/>
                <w:sz w:val="22"/>
              </w:rPr>
              <w:t>Medio de verificación</w:t>
            </w:r>
          </w:p>
        </w:tc>
        <w:tc>
          <w:tcPr>
            <w:tcW w:w="5100" w:type="dxa"/>
            <w:vAlign w:val="center"/>
          </w:tcPr>
          <w:p w14:paraId="4D3AF8D8" w14:textId="77777777" w:rsidR="00B7475C" w:rsidRPr="004B64A1" w:rsidRDefault="00A507E8">
            <w:pPr>
              <w:spacing w:after="0"/>
              <w:rPr>
                <w:sz w:val="22"/>
              </w:rPr>
            </w:pPr>
            <w:r w:rsidRPr="004B64A1">
              <w:rPr>
                <w:sz w:val="22"/>
              </w:rPr>
              <w:br/>
            </w:r>
            <w:r w:rsidRPr="004B64A1">
              <w:rPr>
                <w:sz w:val="22"/>
              </w:rPr>
              <w:br/>
            </w:r>
          </w:p>
        </w:tc>
      </w:tr>
    </w:tbl>
    <w:p w14:paraId="655A56F2" w14:textId="77777777" w:rsidR="00B7475C" w:rsidRPr="004B64A1" w:rsidRDefault="00B7475C">
      <w:pPr>
        <w:rPr>
          <w:sz w:val="22"/>
        </w:rPr>
      </w:pPr>
    </w:p>
    <w:p w14:paraId="55C67AB3" w14:textId="77777777" w:rsidR="00B7475C" w:rsidRDefault="00A507E8">
      <w:pPr>
        <w:rPr>
          <w:b/>
          <w:sz w:val="22"/>
        </w:rPr>
      </w:pPr>
      <w:r w:rsidRPr="004B64A1">
        <w:rPr>
          <w:b/>
          <w:sz w:val="22"/>
        </w:rPr>
        <w:t>3. ASIGNACIÓN DE PUNTAJE</w:t>
      </w:r>
    </w:p>
    <w:p w14:paraId="7DFC0DC1" w14:textId="77777777" w:rsidR="004B64A1" w:rsidRPr="004B64A1" w:rsidRDefault="004B64A1">
      <w:pPr>
        <w:rPr>
          <w:sz w:val="22"/>
        </w:rPr>
      </w:pPr>
    </w:p>
    <w:tbl>
      <w:tblPr>
        <w:tblStyle w:val="Tablaconcuadrcula"/>
        <w:tblW w:w="0" w:type="auto"/>
        <w:jc w:val="center"/>
        <w:tblLook w:val="04A0" w:firstRow="1" w:lastRow="0" w:firstColumn="1" w:lastColumn="0" w:noHBand="0" w:noVBand="1"/>
      </w:tblPr>
      <w:tblGrid>
        <w:gridCol w:w="4473"/>
        <w:gridCol w:w="4355"/>
      </w:tblGrid>
      <w:tr w:rsidR="00B7475C" w:rsidRPr="004B64A1" w14:paraId="78EC321C" w14:textId="77777777">
        <w:trPr>
          <w:jc w:val="center"/>
        </w:trPr>
        <w:tc>
          <w:tcPr>
            <w:tcW w:w="5100" w:type="dxa"/>
            <w:shd w:val="clear" w:color="auto" w:fill="D9EAF7"/>
            <w:vAlign w:val="center"/>
          </w:tcPr>
          <w:p w14:paraId="3A5DF760" w14:textId="77777777" w:rsidR="00B7475C" w:rsidRPr="004B64A1" w:rsidRDefault="00A507E8">
            <w:pPr>
              <w:spacing w:after="0"/>
              <w:jc w:val="center"/>
              <w:rPr>
                <w:sz w:val="22"/>
              </w:rPr>
            </w:pPr>
            <w:r w:rsidRPr="004B64A1">
              <w:rPr>
                <w:b/>
                <w:sz w:val="22"/>
              </w:rPr>
              <w:t>Número de compromisos adicionales verificables</w:t>
            </w:r>
          </w:p>
        </w:tc>
        <w:tc>
          <w:tcPr>
            <w:tcW w:w="5100" w:type="dxa"/>
            <w:shd w:val="clear" w:color="auto" w:fill="D9EAF7"/>
            <w:vAlign w:val="center"/>
          </w:tcPr>
          <w:p w14:paraId="41E7E941" w14:textId="77777777" w:rsidR="00B7475C" w:rsidRPr="004B64A1" w:rsidRDefault="00A507E8">
            <w:pPr>
              <w:spacing w:after="0"/>
              <w:jc w:val="center"/>
              <w:rPr>
                <w:sz w:val="22"/>
              </w:rPr>
            </w:pPr>
            <w:r w:rsidRPr="004B64A1">
              <w:rPr>
                <w:b/>
                <w:sz w:val="22"/>
              </w:rPr>
              <w:t>Puntaje</w:t>
            </w:r>
          </w:p>
        </w:tc>
      </w:tr>
      <w:tr w:rsidR="00B7475C" w:rsidRPr="004B64A1" w14:paraId="3E7DCDE2" w14:textId="77777777">
        <w:trPr>
          <w:jc w:val="center"/>
        </w:trPr>
        <w:tc>
          <w:tcPr>
            <w:tcW w:w="5100" w:type="dxa"/>
            <w:vAlign w:val="center"/>
          </w:tcPr>
          <w:p w14:paraId="184B51AA" w14:textId="77777777" w:rsidR="00B7475C" w:rsidRPr="004B64A1" w:rsidRDefault="00A507E8">
            <w:pPr>
              <w:spacing w:after="0"/>
              <w:jc w:val="center"/>
              <w:rPr>
                <w:sz w:val="22"/>
              </w:rPr>
            </w:pPr>
            <w:r w:rsidRPr="004B64A1">
              <w:rPr>
                <w:sz w:val="22"/>
              </w:rPr>
              <w:t>No presenta compromiso adicional</w:t>
            </w:r>
          </w:p>
        </w:tc>
        <w:tc>
          <w:tcPr>
            <w:tcW w:w="5100" w:type="dxa"/>
            <w:vAlign w:val="center"/>
          </w:tcPr>
          <w:p w14:paraId="1C88930B" w14:textId="77777777" w:rsidR="00B7475C" w:rsidRPr="004B64A1" w:rsidRDefault="00A507E8">
            <w:pPr>
              <w:spacing w:after="0"/>
              <w:jc w:val="center"/>
              <w:rPr>
                <w:sz w:val="22"/>
              </w:rPr>
            </w:pPr>
            <w:r w:rsidRPr="004B64A1">
              <w:rPr>
                <w:sz w:val="22"/>
              </w:rPr>
              <w:t>0 puntos</w:t>
            </w:r>
          </w:p>
        </w:tc>
      </w:tr>
      <w:tr w:rsidR="00B7475C" w:rsidRPr="004B64A1" w14:paraId="6B179A42" w14:textId="77777777">
        <w:trPr>
          <w:jc w:val="center"/>
        </w:trPr>
        <w:tc>
          <w:tcPr>
            <w:tcW w:w="5100" w:type="dxa"/>
            <w:vAlign w:val="center"/>
          </w:tcPr>
          <w:p w14:paraId="7B503C7A" w14:textId="77777777" w:rsidR="00B7475C" w:rsidRPr="004B64A1" w:rsidRDefault="00A507E8">
            <w:pPr>
              <w:spacing w:after="0"/>
              <w:jc w:val="center"/>
              <w:rPr>
                <w:sz w:val="22"/>
              </w:rPr>
            </w:pPr>
            <w:r w:rsidRPr="004B64A1">
              <w:rPr>
                <w:sz w:val="22"/>
              </w:rPr>
              <w:t>Presenta un (1) compromiso adicional verificable</w:t>
            </w:r>
          </w:p>
        </w:tc>
        <w:tc>
          <w:tcPr>
            <w:tcW w:w="5100" w:type="dxa"/>
            <w:vAlign w:val="center"/>
          </w:tcPr>
          <w:p w14:paraId="502D0B4E" w14:textId="77777777" w:rsidR="00B7475C" w:rsidRPr="004B64A1" w:rsidRDefault="00A507E8">
            <w:pPr>
              <w:spacing w:after="0"/>
              <w:jc w:val="center"/>
              <w:rPr>
                <w:sz w:val="22"/>
              </w:rPr>
            </w:pPr>
            <w:r w:rsidRPr="004B64A1">
              <w:rPr>
                <w:sz w:val="22"/>
              </w:rPr>
              <w:t>2,5 puntos</w:t>
            </w:r>
          </w:p>
        </w:tc>
      </w:tr>
      <w:tr w:rsidR="00B7475C" w:rsidRPr="004B64A1" w14:paraId="6CE23F73" w14:textId="77777777">
        <w:trPr>
          <w:jc w:val="center"/>
        </w:trPr>
        <w:tc>
          <w:tcPr>
            <w:tcW w:w="5100" w:type="dxa"/>
            <w:vAlign w:val="center"/>
          </w:tcPr>
          <w:p w14:paraId="0385B78A" w14:textId="77777777" w:rsidR="00B7475C" w:rsidRPr="004B64A1" w:rsidRDefault="00A507E8">
            <w:pPr>
              <w:spacing w:after="0"/>
              <w:jc w:val="center"/>
              <w:rPr>
                <w:sz w:val="22"/>
              </w:rPr>
            </w:pPr>
            <w:r w:rsidRPr="004B64A1">
              <w:rPr>
                <w:sz w:val="22"/>
              </w:rPr>
              <w:t>Presenta dos (2) o más compromisos adicionales verificables</w:t>
            </w:r>
          </w:p>
        </w:tc>
        <w:tc>
          <w:tcPr>
            <w:tcW w:w="5100" w:type="dxa"/>
            <w:vAlign w:val="center"/>
          </w:tcPr>
          <w:p w14:paraId="3BDEC96D" w14:textId="77777777" w:rsidR="00B7475C" w:rsidRPr="004B64A1" w:rsidRDefault="00A507E8">
            <w:pPr>
              <w:spacing w:after="0"/>
              <w:jc w:val="center"/>
              <w:rPr>
                <w:sz w:val="22"/>
              </w:rPr>
            </w:pPr>
            <w:r w:rsidRPr="004B64A1">
              <w:rPr>
                <w:sz w:val="22"/>
              </w:rPr>
              <w:t>5 puntos</w:t>
            </w:r>
          </w:p>
        </w:tc>
      </w:tr>
    </w:tbl>
    <w:p w14:paraId="3EA90B59" w14:textId="77777777" w:rsidR="00B7475C" w:rsidRPr="004B64A1" w:rsidRDefault="00B7475C">
      <w:pPr>
        <w:rPr>
          <w:sz w:val="22"/>
        </w:rPr>
      </w:pPr>
    </w:p>
    <w:p w14:paraId="762536D0" w14:textId="77777777" w:rsidR="00B7475C" w:rsidRPr="004B64A1" w:rsidRDefault="00A507E8">
      <w:pPr>
        <w:rPr>
          <w:sz w:val="22"/>
        </w:rPr>
      </w:pPr>
      <w:r w:rsidRPr="004B64A1">
        <w:rPr>
          <w:b/>
          <w:sz w:val="22"/>
        </w:rPr>
        <w:t>4. DECLARACIÓN DEL OFERENTE</w:t>
      </w:r>
    </w:p>
    <w:p w14:paraId="0CB4AF78" w14:textId="77777777" w:rsidR="00B7475C" w:rsidRPr="004B64A1" w:rsidRDefault="00A507E8" w:rsidP="004B64A1">
      <w:pPr>
        <w:jc w:val="both"/>
        <w:rPr>
          <w:sz w:val="22"/>
        </w:rPr>
      </w:pPr>
      <w:r w:rsidRPr="004B64A1">
        <w:rPr>
          <w:sz w:val="22"/>
        </w:rPr>
        <w:t>Declaro que los compromisos seleccionados en este formato son ciertos, realizables y podrán ser verificados durante la ejecución contractual. En caso de adjudicación, acepto que los compromisos por los cuales se otorgue puntaje harán parte de las obligaciones contractuales y su incumplimiento podrá ser considerado para efectos del seguimiento, recibo y evaluación del contrato.</w:t>
      </w:r>
    </w:p>
    <w:p w14:paraId="0ABC4346" w14:textId="77777777" w:rsidR="00B7475C" w:rsidRDefault="00A507E8" w:rsidP="004B64A1">
      <w:pPr>
        <w:jc w:val="both"/>
        <w:rPr>
          <w:sz w:val="22"/>
        </w:rPr>
      </w:pPr>
      <w:r w:rsidRPr="004B64A1">
        <w:rPr>
          <w:sz w:val="22"/>
        </w:rPr>
        <w:t>Igualmente, declaro que los compromisos aquí ofrecidos no corresponden exclusivamente al cumplimiento de obligaciones legales o contractuales mínimas ya exigidas en los documentos de la convocatoria.</w:t>
      </w:r>
    </w:p>
    <w:p w14:paraId="6348A3DC" w14:textId="77777777" w:rsidR="004B64A1" w:rsidRPr="004B64A1" w:rsidRDefault="004B64A1" w:rsidP="004B64A1">
      <w:pPr>
        <w:jc w:val="both"/>
        <w:rPr>
          <w:sz w:val="22"/>
        </w:rPr>
      </w:pPr>
    </w:p>
    <w:p w14:paraId="736D7C24" w14:textId="77777777" w:rsidR="00B7475C" w:rsidRDefault="00A507E8">
      <w:pPr>
        <w:spacing w:after="200"/>
        <w:rPr>
          <w:sz w:val="22"/>
        </w:rPr>
      </w:pPr>
      <w:r w:rsidRPr="004B64A1">
        <w:rPr>
          <w:sz w:val="22"/>
        </w:rPr>
        <w:t>Se firma en ________________________________, a los ____ días del mes de __________________ de 2026.</w:t>
      </w:r>
    </w:p>
    <w:p w14:paraId="731A7E7A" w14:textId="77777777" w:rsidR="004B64A1" w:rsidRDefault="004B64A1">
      <w:pPr>
        <w:spacing w:after="200"/>
        <w:rPr>
          <w:sz w:val="22"/>
        </w:rPr>
      </w:pPr>
    </w:p>
    <w:p w14:paraId="08F2F406" w14:textId="77777777" w:rsidR="004B64A1" w:rsidRDefault="004B64A1">
      <w:pPr>
        <w:spacing w:after="200"/>
        <w:rPr>
          <w:sz w:val="22"/>
        </w:rPr>
      </w:pPr>
    </w:p>
    <w:p w14:paraId="62A9DF1C" w14:textId="77777777" w:rsidR="004B64A1" w:rsidRDefault="004B64A1">
      <w:pPr>
        <w:spacing w:after="200"/>
        <w:rPr>
          <w:sz w:val="22"/>
        </w:rPr>
      </w:pPr>
    </w:p>
    <w:p w14:paraId="3C87DB0D" w14:textId="77777777" w:rsidR="004B64A1" w:rsidRPr="004B64A1" w:rsidRDefault="004B64A1">
      <w:pPr>
        <w:spacing w:after="200"/>
        <w:rPr>
          <w:sz w:val="22"/>
        </w:rPr>
      </w:pPr>
    </w:p>
    <w:tbl>
      <w:tblPr>
        <w:tblW w:w="0" w:type="auto"/>
        <w:jc w:val="center"/>
        <w:tblLook w:val="04A0" w:firstRow="1" w:lastRow="0" w:firstColumn="1" w:lastColumn="0" w:noHBand="0" w:noVBand="1"/>
      </w:tblPr>
      <w:tblGrid>
        <w:gridCol w:w="4419"/>
        <w:gridCol w:w="4419"/>
      </w:tblGrid>
      <w:tr w:rsidR="00B7475C" w:rsidRPr="004B64A1" w14:paraId="07EBD32C" w14:textId="77777777">
        <w:trPr>
          <w:jc w:val="center"/>
        </w:trPr>
        <w:tc>
          <w:tcPr>
            <w:tcW w:w="5100" w:type="dxa"/>
            <w:vAlign w:val="center"/>
          </w:tcPr>
          <w:p w14:paraId="4A405542" w14:textId="77777777" w:rsidR="00B7475C" w:rsidRPr="004B64A1" w:rsidRDefault="00A507E8">
            <w:pPr>
              <w:spacing w:after="0"/>
              <w:jc w:val="center"/>
              <w:rPr>
                <w:sz w:val="22"/>
              </w:rPr>
            </w:pPr>
            <w:r w:rsidRPr="004B64A1">
              <w:rPr>
                <w:sz w:val="22"/>
              </w:rPr>
              <w:t>________________________________________</w:t>
            </w:r>
          </w:p>
        </w:tc>
        <w:tc>
          <w:tcPr>
            <w:tcW w:w="5100" w:type="dxa"/>
            <w:vAlign w:val="center"/>
          </w:tcPr>
          <w:p w14:paraId="21139946" w14:textId="77777777" w:rsidR="00B7475C" w:rsidRPr="004B64A1" w:rsidRDefault="00A507E8">
            <w:pPr>
              <w:spacing w:after="0"/>
              <w:jc w:val="center"/>
              <w:rPr>
                <w:sz w:val="22"/>
              </w:rPr>
            </w:pPr>
            <w:r w:rsidRPr="004B64A1">
              <w:rPr>
                <w:sz w:val="22"/>
              </w:rPr>
              <w:t>________________________________________</w:t>
            </w:r>
          </w:p>
        </w:tc>
      </w:tr>
      <w:tr w:rsidR="00B7475C" w:rsidRPr="004B64A1" w14:paraId="7660CD2B" w14:textId="77777777">
        <w:trPr>
          <w:jc w:val="center"/>
        </w:trPr>
        <w:tc>
          <w:tcPr>
            <w:tcW w:w="5100" w:type="dxa"/>
            <w:vAlign w:val="center"/>
          </w:tcPr>
          <w:p w14:paraId="7D10F00F" w14:textId="77777777" w:rsidR="00B7475C" w:rsidRPr="004B64A1" w:rsidRDefault="00A507E8">
            <w:pPr>
              <w:spacing w:after="0"/>
              <w:jc w:val="center"/>
              <w:rPr>
                <w:sz w:val="22"/>
              </w:rPr>
            </w:pPr>
            <w:r w:rsidRPr="004B64A1">
              <w:rPr>
                <w:b/>
                <w:sz w:val="22"/>
              </w:rPr>
              <w:t>Firma del oferente / representante legal</w:t>
            </w:r>
          </w:p>
        </w:tc>
        <w:tc>
          <w:tcPr>
            <w:tcW w:w="5100" w:type="dxa"/>
            <w:vAlign w:val="center"/>
          </w:tcPr>
          <w:p w14:paraId="0DD66EAE" w14:textId="77777777" w:rsidR="00B7475C" w:rsidRPr="004B64A1" w:rsidRDefault="00A507E8">
            <w:pPr>
              <w:spacing w:after="0"/>
              <w:jc w:val="center"/>
              <w:rPr>
                <w:sz w:val="22"/>
              </w:rPr>
            </w:pPr>
            <w:r w:rsidRPr="004B64A1">
              <w:rPr>
                <w:b/>
                <w:sz w:val="22"/>
              </w:rPr>
              <w:t>Nombre</w:t>
            </w:r>
          </w:p>
        </w:tc>
      </w:tr>
      <w:tr w:rsidR="00B7475C" w:rsidRPr="004B64A1" w14:paraId="54251776" w14:textId="77777777">
        <w:trPr>
          <w:jc w:val="center"/>
        </w:trPr>
        <w:tc>
          <w:tcPr>
            <w:tcW w:w="5100" w:type="dxa"/>
            <w:vAlign w:val="center"/>
          </w:tcPr>
          <w:p w14:paraId="7AABE128" w14:textId="77777777" w:rsidR="00B7475C" w:rsidRPr="004B64A1" w:rsidRDefault="00A507E8">
            <w:pPr>
              <w:spacing w:after="0"/>
              <w:jc w:val="center"/>
              <w:rPr>
                <w:sz w:val="22"/>
              </w:rPr>
            </w:pPr>
            <w:r w:rsidRPr="004B64A1">
              <w:rPr>
                <w:sz w:val="22"/>
              </w:rPr>
              <w:t>C.C. No. _______________________________</w:t>
            </w:r>
          </w:p>
        </w:tc>
        <w:tc>
          <w:tcPr>
            <w:tcW w:w="5100" w:type="dxa"/>
            <w:vAlign w:val="center"/>
          </w:tcPr>
          <w:p w14:paraId="2EE9A329" w14:textId="77777777" w:rsidR="00B7475C" w:rsidRPr="004B64A1" w:rsidRDefault="00A507E8">
            <w:pPr>
              <w:spacing w:after="0"/>
              <w:jc w:val="center"/>
              <w:rPr>
                <w:sz w:val="22"/>
              </w:rPr>
            </w:pPr>
            <w:r w:rsidRPr="004B64A1">
              <w:rPr>
                <w:sz w:val="22"/>
              </w:rPr>
              <w:t>Cargo: _________________________________</w:t>
            </w:r>
          </w:p>
        </w:tc>
      </w:tr>
      <w:tr w:rsidR="00B7475C" w:rsidRPr="004B64A1" w14:paraId="7267965A" w14:textId="77777777">
        <w:trPr>
          <w:jc w:val="center"/>
        </w:trPr>
        <w:tc>
          <w:tcPr>
            <w:tcW w:w="5100" w:type="dxa"/>
            <w:vAlign w:val="center"/>
          </w:tcPr>
          <w:p w14:paraId="2E01F338" w14:textId="77777777" w:rsidR="00B7475C" w:rsidRPr="004B64A1" w:rsidRDefault="00A507E8">
            <w:pPr>
              <w:spacing w:after="0"/>
              <w:jc w:val="center"/>
              <w:rPr>
                <w:sz w:val="22"/>
              </w:rPr>
            </w:pPr>
            <w:r w:rsidRPr="004B64A1">
              <w:rPr>
                <w:sz w:val="22"/>
              </w:rPr>
              <w:t>NIT / C.C. oferente: ___________________</w:t>
            </w:r>
          </w:p>
        </w:tc>
        <w:tc>
          <w:tcPr>
            <w:tcW w:w="5100" w:type="dxa"/>
            <w:vAlign w:val="center"/>
          </w:tcPr>
          <w:p w14:paraId="1BDC6DA8" w14:textId="77777777" w:rsidR="00B7475C" w:rsidRPr="004B64A1" w:rsidRDefault="00A507E8">
            <w:pPr>
              <w:spacing w:after="0"/>
              <w:jc w:val="center"/>
              <w:rPr>
                <w:sz w:val="22"/>
              </w:rPr>
            </w:pPr>
            <w:r w:rsidRPr="004B64A1">
              <w:rPr>
                <w:sz w:val="22"/>
              </w:rPr>
              <w:t>Fecha: _________________________________</w:t>
            </w:r>
          </w:p>
        </w:tc>
      </w:tr>
    </w:tbl>
    <w:p w14:paraId="0AFFF01D" w14:textId="77777777" w:rsidR="00B7475C" w:rsidRPr="004B64A1" w:rsidRDefault="00B7475C">
      <w:pPr>
        <w:rPr>
          <w:sz w:val="22"/>
        </w:rPr>
      </w:pPr>
    </w:p>
    <w:p w14:paraId="17AB2DED" w14:textId="77777777" w:rsidR="00B7475C" w:rsidRPr="004B64A1" w:rsidRDefault="00A507E8" w:rsidP="004B64A1">
      <w:pPr>
        <w:jc w:val="both"/>
        <w:rPr>
          <w:sz w:val="22"/>
        </w:rPr>
      </w:pPr>
      <w:r w:rsidRPr="004B64A1">
        <w:rPr>
          <w:i/>
          <w:sz w:val="22"/>
        </w:rPr>
        <w:t>Nota para evaluación: CuencaVerde verificará que los compromisos ofrecidos sean adicionales, concretos, pertinentes y verificables. La sola marcación de una casilla, sin describir la forma de implementación cuando esta resulte necesaria para determinar su alcance, podrá no ser considerada suficiente para asignar puntaje.</w:t>
      </w:r>
    </w:p>
    <w:sectPr w:rsidR="00B7475C" w:rsidRPr="004B64A1" w:rsidSect="004B64A1">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74F5CA0"/>
    <w:multiLevelType w:val="hybridMultilevel"/>
    <w:tmpl w:val="A4D61F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85663502">
    <w:abstractNumId w:val="8"/>
  </w:num>
  <w:num w:numId="2" w16cid:durableId="891426584">
    <w:abstractNumId w:val="6"/>
  </w:num>
  <w:num w:numId="3" w16cid:durableId="1481119682">
    <w:abstractNumId w:val="5"/>
  </w:num>
  <w:num w:numId="4" w16cid:durableId="1168982262">
    <w:abstractNumId w:val="4"/>
  </w:num>
  <w:num w:numId="5" w16cid:durableId="1919746075">
    <w:abstractNumId w:val="7"/>
  </w:num>
  <w:num w:numId="6" w16cid:durableId="1506554055">
    <w:abstractNumId w:val="3"/>
  </w:num>
  <w:num w:numId="7" w16cid:durableId="380205975">
    <w:abstractNumId w:val="2"/>
  </w:num>
  <w:num w:numId="8" w16cid:durableId="1573200378">
    <w:abstractNumId w:val="1"/>
  </w:num>
  <w:num w:numId="9" w16cid:durableId="795761205">
    <w:abstractNumId w:val="0"/>
  </w:num>
  <w:num w:numId="10" w16cid:durableId="21062282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1EEB"/>
    <w:rsid w:val="004B64A1"/>
    <w:rsid w:val="00A507E8"/>
    <w:rsid w:val="00AA1D8D"/>
    <w:rsid w:val="00AA5D6E"/>
    <w:rsid w:val="00B11F9D"/>
    <w:rsid w:val="00B47730"/>
    <w:rsid w:val="00B7475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A03780"/>
  <w14:defaultImageDpi w14:val="300"/>
  <w15:docId w15:val="{E909F928-95C6-4909-985C-9F0FBEAB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2317D1D12A0F2418BBF7F9D08A30A96" ma:contentTypeVersion="19" ma:contentTypeDescription="Crear nuevo documento." ma:contentTypeScope="" ma:versionID="dc3998566d5eab218e0c9095dff210ef">
  <xsd:schema xmlns:xsd="http://www.w3.org/2001/XMLSchema" xmlns:xs="http://www.w3.org/2001/XMLSchema" xmlns:p="http://schemas.microsoft.com/office/2006/metadata/properties" xmlns:ns2="7b97058e-7a62-46ab-9304-a3c1bef553dd" xmlns:ns3="20c19af0-f2aa-4415-85b1-f9d8ede9ddb3" targetNamespace="http://schemas.microsoft.com/office/2006/metadata/properties" ma:root="true" ma:fieldsID="f922e5c8896901904c48421d6a93f58e" ns2:_="" ns3:_="">
    <xsd:import namespace="7b97058e-7a62-46ab-9304-a3c1bef553dd"/>
    <xsd:import namespace="20c19af0-f2aa-4415-85b1-f9d8ede9dd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7058e-7a62-46ab-9304-a3c1bef5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a6e673bc-ead0-4194-916e-3e42e1e1ae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19af0-f2aa-4415-85b1-f9d8ede9ddb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f897866-8ffd-4205-a091-389a5835fc6e}" ma:internalName="TaxCatchAll" ma:showField="CatchAllData" ma:web="20c19af0-f2aa-4415-85b1-f9d8ede9d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97058e-7a62-46ab-9304-a3c1bef553dd">
      <Terms xmlns="http://schemas.microsoft.com/office/infopath/2007/PartnerControls"/>
    </lcf76f155ced4ddcb4097134ff3c332f>
    <TaxCatchAll xmlns="20c19af0-f2aa-4415-85b1-f9d8ede9ddb3" xsi:nil="true"/>
  </documentManagement>
</p:properties>
</file>

<file path=customXml/itemProps1.xml><?xml version="1.0" encoding="utf-8"?>
<ds:datastoreItem xmlns:ds="http://schemas.openxmlformats.org/officeDocument/2006/customXml" ds:itemID="{D3BA22AE-8F25-488B-928D-27174C5167D1}">
  <ds:schemaRefs>
    <ds:schemaRef ds:uri="http://schemas.microsoft.com/sharepoint/v3/contenttype/forms"/>
  </ds:schemaRefs>
</ds:datastoreItem>
</file>

<file path=customXml/itemProps2.xml><?xml version="1.0" encoding="utf-8"?>
<ds:datastoreItem xmlns:ds="http://schemas.openxmlformats.org/officeDocument/2006/customXml" ds:itemID="{E4317658-23A1-4851-94AA-28CF79FC4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7058e-7a62-46ab-9304-a3c1bef553dd"/>
    <ds:schemaRef ds:uri="20c19af0-f2aa-4415-85b1-f9d8ede9d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58067DE-6C9E-45EA-B803-D69590C56697}">
  <ds:schemaRefs>
    <ds:schemaRef ds:uri="http://schemas.microsoft.com/office/2006/metadata/properties"/>
    <ds:schemaRef ds:uri="http://schemas.microsoft.com/office/infopath/2007/PartnerControls"/>
    <ds:schemaRef ds:uri="7b97058e-7a62-46ab-9304-a3c1bef553dd"/>
    <ds:schemaRef ds:uri="20c19af0-f2aa-4415-85b1-f9d8ede9dd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819</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PAULINA ORTEGA ALVAREZ</cp:lastModifiedBy>
  <cp:revision>2</cp:revision>
  <dcterms:created xsi:type="dcterms:W3CDTF">2026-09-22T16:09:00Z</dcterms:created>
  <dcterms:modified xsi:type="dcterms:W3CDTF">2026-09-22T16:09:00Z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0x010100E2317D1D12A0F2418BBF7F9D08A30A96</vt:lpwstr>
  </property>
</Properties>
</file>