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EE2F4" w14:textId="77777777" w:rsidR="00BA224B" w:rsidRPr="00BA224B" w:rsidRDefault="00BA224B">
      <w:pPr>
        <w:jc w:val="center"/>
        <w:rPr>
          <w:b/>
          <w:sz w:val="22"/>
        </w:rPr>
      </w:pPr>
    </w:p>
    <w:p w14:paraId="28EE29E6" w14:textId="7EB5B2F2" w:rsidR="00D36051" w:rsidRPr="00BA224B" w:rsidRDefault="006042E9">
      <w:pPr>
        <w:jc w:val="center"/>
        <w:rPr>
          <w:b/>
          <w:sz w:val="22"/>
        </w:rPr>
      </w:pPr>
      <w:r w:rsidRPr="00BA224B">
        <w:rPr>
          <w:b/>
          <w:sz w:val="22"/>
        </w:rPr>
        <w:t>CONVOCATORIA PÚBLICA No. CV-001 DE 2026</w:t>
      </w:r>
    </w:p>
    <w:p w14:paraId="6AD5C675" w14:textId="77777777" w:rsidR="00BA224B" w:rsidRPr="00BA224B" w:rsidRDefault="00BA224B">
      <w:pPr>
        <w:jc w:val="center"/>
        <w:rPr>
          <w:sz w:val="22"/>
        </w:rPr>
      </w:pPr>
    </w:p>
    <w:p w14:paraId="53CA2622" w14:textId="77777777" w:rsidR="00D36051" w:rsidRPr="00BA224B" w:rsidRDefault="006042E9">
      <w:pPr>
        <w:spacing w:after="120"/>
        <w:jc w:val="center"/>
        <w:rPr>
          <w:b/>
          <w:sz w:val="22"/>
        </w:rPr>
      </w:pPr>
      <w:r w:rsidRPr="00BA224B">
        <w:rPr>
          <w:b/>
          <w:sz w:val="22"/>
        </w:rPr>
        <w:t>ANEXO No. 7 - FORMATO DE ACREDITACIÓN DE EXPERIENCIA DEL PROPONENTE</w:t>
      </w:r>
    </w:p>
    <w:p w14:paraId="6C9E0DB0" w14:textId="77777777" w:rsidR="00BA224B" w:rsidRPr="00BA224B" w:rsidRDefault="00BA224B">
      <w:pPr>
        <w:spacing w:after="120"/>
        <w:jc w:val="center"/>
        <w:rPr>
          <w:sz w:val="22"/>
        </w:rPr>
      </w:pPr>
    </w:p>
    <w:p w14:paraId="0D25CE6E" w14:textId="77777777" w:rsidR="00D36051" w:rsidRDefault="006042E9" w:rsidP="00BA224B">
      <w:pPr>
        <w:spacing w:after="120"/>
        <w:jc w:val="both"/>
        <w:rPr>
          <w:sz w:val="22"/>
        </w:rPr>
      </w:pPr>
      <w:r w:rsidRPr="00BA224B">
        <w:rPr>
          <w:sz w:val="22"/>
        </w:rPr>
        <w:t>Objeto: Contratar la ejecución de actividades de establecimiento y mantenimiento de acciones de restauración forestal, así como actividades de cercado y amojonamiento para la protección y señalización de predios ubicados en las cuencas abastecedoras internas del Distrito Especial de Ciencia, Tecnología e Innovación de Medellín, incluyendo el suministro de insumos, materiales, herramientas, mano de obra, transporte y demás recursos requeridos para su adecuada ejecución, en el marco del Contrato</w:t>
      </w:r>
      <w:r w:rsidRPr="00BA224B">
        <w:rPr>
          <w:sz w:val="22"/>
        </w:rPr>
        <w:t xml:space="preserve"> 4600108265 de 2026.</w:t>
      </w:r>
    </w:p>
    <w:p w14:paraId="7965C1DD" w14:textId="77777777" w:rsidR="00BA224B" w:rsidRPr="00BA224B" w:rsidRDefault="00BA224B" w:rsidP="00BA224B">
      <w:pPr>
        <w:spacing w:after="120"/>
        <w:jc w:val="both"/>
        <w:rPr>
          <w:sz w:val="22"/>
        </w:rPr>
      </w:pPr>
    </w:p>
    <w:tbl>
      <w:tblPr>
        <w:tblStyle w:val="Tablaconcuadrcula"/>
        <w:tblW w:w="0" w:type="auto"/>
        <w:jc w:val="center"/>
        <w:tblLook w:val="04A0" w:firstRow="1" w:lastRow="0" w:firstColumn="1" w:lastColumn="0" w:noHBand="0" w:noVBand="1"/>
      </w:tblPr>
      <w:tblGrid>
        <w:gridCol w:w="2560"/>
        <w:gridCol w:w="4377"/>
        <w:gridCol w:w="2222"/>
        <w:gridCol w:w="3269"/>
      </w:tblGrid>
      <w:tr w:rsidR="00D36051" w:rsidRPr="00BA224B" w14:paraId="7EECF07B" w14:textId="77777777">
        <w:trPr>
          <w:jc w:val="center"/>
        </w:trPr>
        <w:tc>
          <w:tcPr>
            <w:tcW w:w="3563" w:type="dxa"/>
            <w:vAlign w:val="center"/>
          </w:tcPr>
          <w:p w14:paraId="7E6D10E6" w14:textId="77777777" w:rsidR="00D36051" w:rsidRPr="00BA224B" w:rsidRDefault="006042E9">
            <w:pPr>
              <w:spacing w:after="0"/>
              <w:rPr>
                <w:sz w:val="22"/>
              </w:rPr>
            </w:pPr>
            <w:r w:rsidRPr="00BA224B">
              <w:rPr>
                <w:b/>
                <w:sz w:val="22"/>
              </w:rPr>
              <w:t>Razón social / Nombre</w:t>
            </w:r>
          </w:p>
        </w:tc>
        <w:tc>
          <w:tcPr>
            <w:tcW w:w="3563" w:type="dxa"/>
            <w:vAlign w:val="center"/>
          </w:tcPr>
          <w:p w14:paraId="392E3793" w14:textId="77777777" w:rsidR="00D36051" w:rsidRPr="00BA224B" w:rsidRDefault="006042E9">
            <w:pPr>
              <w:spacing w:after="0"/>
              <w:rPr>
                <w:sz w:val="22"/>
              </w:rPr>
            </w:pPr>
            <w:r w:rsidRPr="00BA224B">
              <w:rPr>
                <w:sz w:val="22"/>
              </w:rPr>
              <w:t>__________________________________</w:t>
            </w:r>
          </w:p>
        </w:tc>
        <w:tc>
          <w:tcPr>
            <w:tcW w:w="3563" w:type="dxa"/>
            <w:vAlign w:val="center"/>
          </w:tcPr>
          <w:p w14:paraId="3D16CB29" w14:textId="77777777" w:rsidR="00D36051" w:rsidRPr="00BA224B" w:rsidRDefault="006042E9">
            <w:pPr>
              <w:spacing w:after="0"/>
              <w:rPr>
                <w:sz w:val="22"/>
              </w:rPr>
            </w:pPr>
            <w:r w:rsidRPr="00BA224B">
              <w:rPr>
                <w:b/>
                <w:sz w:val="22"/>
              </w:rPr>
              <w:t>NIT / C.C.</w:t>
            </w:r>
          </w:p>
        </w:tc>
        <w:tc>
          <w:tcPr>
            <w:tcW w:w="3563" w:type="dxa"/>
            <w:vAlign w:val="center"/>
          </w:tcPr>
          <w:p w14:paraId="2E7CA5AF" w14:textId="77777777" w:rsidR="00D36051" w:rsidRPr="00BA224B" w:rsidRDefault="006042E9">
            <w:pPr>
              <w:spacing w:after="0"/>
              <w:rPr>
                <w:sz w:val="22"/>
              </w:rPr>
            </w:pPr>
            <w:r w:rsidRPr="00BA224B">
              <w:rPr>
                <w:sz w:val="22"/>
              </w:rPr>
              <w:t>_______________________</w:t>
            </w:r>
          </w:p>
        </w:tc>
      </w:tr>
      <w:tr w:rsidR="00D36051" w:rsidRPr="00BA224B" w14:paraId="1DD15E07" w14:textId="77777777">
        <w:trPr>
          <w:jc w:val="center"/>
        </w:trPr>
        <w:tc>
          <w:tcPr>
            <w:tcW w:w="3563" w:type="dxa"/>
            <w:vAlign w:val="center"/>
          </w:tcPr>
          <w:p w14:paraId="62D28A94" w14:textId="77777777" w:rsidR="00D36051" w:rsidRPr="00BA224B" w:rsidRDefault="006042E9">
            <w:pPr>
              <w:spacing w:after="0"/>
              <w:rPr>
                <w:sz w:val="22"/>
              </w:rPr>
            </w:pPr>
            <w:r w:rsidRPr="00BA224B">
              <w:rPr>
                <w:b/>
                <w:sz w:val="22"/>
              </w:rPr>
              <w:t>Representante legal</w:t>
            </w:r>
          </w:p>
        </w:tc>
        <w:tc>
          <w:tcPr>
            <w:tcW w:w="3563" w:type="dxa"/>
            <w:vAlign w:val="center"/>
          </w:tcPr>
          <w:p w14:paraId="421B3F2F" w14:textId="77777777" w:rsidR="00D36051" w:rsidRPr="00BA224B" w:rsidRDefault="006042E9">
            <w:pPr>
              <w:spacing w:after="0"/>
              <w:rPr>
                <w:sz w:val="22"/>
              </w:rPr>
            </w:pPr>
            <w:r w:rsidRPr="00BA224B">
              <w:rPr>
                <w:sz w:val="22"/>
              </w:rPr>
              <w:t>__________________________________</w:t>
            </w:r>
          </w:p>
        </w:tc>
        <w:tc>
          <w:tcPr>
            <w:tcW w:w="3563" w:type="dxa"/>
            <w:vAlign w:val="center"/>
          </w:tcPr>
          <w:p w14:paraId="2A53CBBC" w14:textId="77777777" w:rsidR="00D36051" w:rsidRPr="00BA224B" w:rsidRDefault="006042E9">
            <w:pPr>
              <w:spacing w:after="0"/>
              <w:rPr>
                <w:sz w:val="22"/>
              </w:rPr>
            </w:pPr>
            <w:r w:rsidRPr="00BA224B">
              <w:rPr>
                <w:b/>
                <w:sz w:val="22"/>
              </w:rPr>
              <w:t>Correo / Teléfono</w:t>
            </w:r>
          </w:p>
        </w:tc>
        <w:tc>
          <w:tcPr>
            <w:tcW w:w="3563" w:type="dxa"/>
            <w:vAlign w:val="center"/>
          </w:tcPr>
          <w:p w14:paraId="6BBBC715" w14:textId="77777777" w:rsidR="00D36051" w:rsidRPr="00BA224B" w:rsidRDefault="006042E9">
            <w:pPr>
              <w:spacing w:after="0"/>
              <w:rPr>
                <w:sz w:val="22"/>
              </w:rPr>
            </w:pPr>
            <w:r w:rsidRPr="00BA224B">
              <w:rPr>
                <w:sz w:val="22"/>
              </w:rPr>
              <w:t>_______________________</w:t>
            </w:r>
          </w:p>
        </w:tc>
      </w:tr>
    </w:tbl>
    <w:p w14:paraId="0410ED84" w14:textId="77777777" w:rsidR="00D36051" w:rsidRPr="00BA224B" w:rsidRDefault="00D36051">
      <w:pPr>
        <w:rPr>
          <w:sz w:val="22"/>
        </w:rPr>
      </w:pPr>
    </w:p>
    <w:p w14:paraId="1874928F" w14:textId="221C34BC" w:rsidR="00D36051" w:rsidRPr="00BA224B" w:rsidRDefault="006042E9" w:rsidP="00BA224B">
      <w:pPr>
        <w:pStyle w:val="Prrafodelista"/>
        <w:numPr>
          <w:ilvl w:val="0"/>
          <w:numId w:val="10"/>
        </w:numPr>
        <w:rPr>
          <w:b/>
          <w:sz w:val="22"/>
        </w:rPr>
      </w:pPr>
      <w:r w:rsidRPr="00BA224B">
        <w:rPr>
          <w:b/>
          <w:sz w:val="22"/>
        </w:rPr>
        <w:t>REQUISITOS DE EXPERIENCIA HABILITANTE</w:t>
      </w:r>
    </w:p>
    <w:p w14:paraId="3F0446C8" w14:textId="77777777" w:rsidR="00BA224B" w:rsidRPr="00BA224B" w:rsidRDefault="00BA224B" w:rsidP="00BA224B">
      <w:pPr>
        <w:pStyle w:val="Prrafodelista"/>
        <w:rPr>
          <w:sz w:val="22"/>
        </w:rPr>
      </w:pPr>
    </w:p>
    <w:p w14:paraId="4B2734DE" w14:textId="77777777" w:rsidR="00D36051" w:rsidRPr="00BA224B" w:rsidRDefault="006042E9" w:rsidP="00BA224B">
      <w:pPr>
        <w:jc w:val="both"/>
        <w:rPr>
          <w:sz w:val="22"/>
        </w:rPr>
      </w:pPr>
      <w:r w:rsidRPr="00BA224B">
        <w:rPr>
          <w:sz w:val="22"/>
        </w:rPr>
        <w:t>El oferente deberá acreditar la experiencia mediante mínimo un (1) y máximo tres (3) contratos ejecutados y terminados. La experiencia presentada deberá cumplir simultáneamente con los siguientes requisitos:</w:t>
      </w:r>
    </w:p>
    <w:p w14:paraId="3A23F5FA" w14:textId="77777777" w:rsidR="00D36051" w:rsidRPr="00BA224B" w:rsidRDefault="006042E9" w:rsidP="00BA224B">
      <w:pPr>
        <w:spacing w:after="20"/>
        <w:ind w:left="283" w:hanging="142"/>
        <w:jc w:val="both"/>
        <w:rPr>
          <w:sz w:val="22"/>
        </w:rPr>
      </w:pPr>
      <w:r w:rsidRPr="00BA224B">
        <w:rPr>
          <w:sz w:val="22"/>
        </w:rPr>
        <w:t>• La sumatoria de los valores ejecutados de los contratos acreditados deberá ser igual o superior al presupuesto oficial de la convocatoria.</w:t>
      </w:r>
    </w:p>
    <w:p w14:paraId="10A03CAF" w14:textId="77777777" w:rsidR="00D36051" w:rsidRPr="00BA224B" w:rsidRDefault="006042E9" w:rsidP="00BA224B">
      <w:pPr>
        <w:spacing w:after="20"/>
        <w:ind w:left="283" w:hanging="142"/>
        <w:jc w:val="both"/>
        <w:rPr>
          <w:sz w:val="22"/>
        </w:rPr>
      </w:pPr>
      <w:r w:rsidRPr="00BA224B">
        <w:rPr>
          <w:sz w:val="22"/>
        </w:rPr>
        <w:t>• Acreditar mínimo sesenta (60) hectáreas acumuladas en establecimiento, mantenimiento, enriquecimiento forestal, restauración ecológica activa y/o reforestación protectora.</w:t>
      </w:r>
    </w:p>
    <w:p w14:paraId="6E44B646" w14:textId="77777777" w:rsidR="00D36051" w:rsidRPr="00BA224B" w:rsidRDefault="006042E9" w:rsidP="00BA224B">
      <w:pPr>
        <w:spacing w:after="20"/>
        <w:ind w:left="283" w:hanging="142"/>
        <w:jc w:val="both"/>
        <w:rPr>
          <w:sz w:val="22"/>
        </w:rPr>
      </w:pPr>
      <w:r w:rsidRPr="00BA224B">
        <w:rPr>
          <w:sz w:val="22"/>
        </w:rPr>
        <w:t>• De las sesenta (60) hectáreas, mínimo cinco (5) hectáreas deberán corresponder a establecimiento, enriquecimiento forestal y/o restauración ecológica activa.</w:t>
      </w:r>
    </w:p>
    <w:p w14:paraId="5D119E2E" w14:textId="77777777" w:rsidR="00D36051" w:rsidRPr="00BA224B" w:rsidRDefault="006042E9" w:rsidP="00BA224B">
      <w:pPr>
        <w:spacing w:after="20"/>
        <w:ind w:left="283" w:hanging="142"/>
        <w:jc w:val="both"/>
        <w:rPr>
          <w:sz w:val="22"/>
        </w:rPr>
      </w:pPr>
      <w:r w:rsidRPr="00BA224B">
        <w:rPr>
          <w:sz w:val="22"/>
        </w:rPr>
        <w:t>• Acreditar mínimo trescientos (300) metros lineales acumulados en instalación, construcción, mantenimiento y/o adecuación de cercados asociados a proyectos ambientales, de conservación, restauración, reforestación o protección de predios.</w:t>
      </w:r>
    </w:p>
    <w:p w14:paraId="07EE2334" w14:textId="77777777" w:rsidR="00D36051" w:rsidRDefault="006042E9" w:rsidP="00BA224B">
      <w:pPr>
        <w:spacing w:after="100"/>
        <w:jc w:val="both"/>
        <w:rPr>
          <w:i/>
          <w:sz w:val="22"/>
        </w:rPr>
      </w:pPr>
      <w:r w:rsidRPr="00BA224B">
        <w:rPr>
          <w:i/>
          <w:sz w:val="22"/>
        </w:rPr>
        <w:t>Cuando un contrato incluya actividades diferentes a las relacionadas con el objeto de la convocatoria, únicamente se tendrá en cuenta el valor, área o cantidad directamente relacionada y verificable en los soportes.</w:t>
      </w:r>
    </w:p>
    <w:p w14:paraId="4041CD7A" w14:textId="77777777" w:rsidR="00BA224B" w:rsidRPr="00BA224B" w:rsidRDefault="00BA224B" w:rsidP="00BA224B">
      <w:pPr>
        <w:spacing w:after="100"/>
        <w:jc w:val="both"/>
        <w:rPr>
          <w:sz w:val="22"/>
        </w:rPr>
      </w:pPr>
    </w:p>
    <w:tbl>
      <w:tblPr>
        <w:tblStyle w:val="Tablaconcuadrcula"/>
        <w:tblW w:w="0" w:type="auto"/>
        <w:jc w:val="center"/>
        <w:tblLook w:val="04A0" w:firstRow="1" w:lastRow="0" w:firstColumn="1" w:lastColumn="0" w:noHBand="0" w:noVBand="1"/>
      </w:tblPr>
      <w:tblGrid>
        <w:gridCol w:w="516"/>
        <w:gridCol w:w="1263"/>
        <w:gridCol w:w="1222"/>
        <w:gridCol w:w="1264"/>
        <w:gridCol w:w="755"/>
        <w:gridCol w:w="1274"/>
        <w:gridCol w:w="1264"/>
        <w:gridCol w:w="1358"/>
        <w:gridCol w:w="1658"/>
        <w:gridCol w:w="932"/>
        <w:gridCol w:w="922"/>
      </w:tblGrid>
      <w:tr w:rsidR="00D36051" w:rsidRPr="00BA224B" w14:paraId="32CFB72F" w14:textId="77777777">
        <w:trPr>
          <w:jc w:val="center"/>
        </w:trPr>
        <w:tc>
          <w:tcPr>
            <w:tcW w:w="1296" w:type="dxa"/>
            <w:shd w:val="clear" w:color="auto" w:fill="D9EAF7"/>
            <w:vAlign w:val="center"/>
          </w:tcPr>
          <w:p w14:paraId="55C94939" w14:textId="77777777" w:rsidR="00D36051" w:rsidRPr="00BA224B" w:rsidRDefault="006042E9">
            <w:pPr>
              <w:spacing w:after="0"/>
              <w:jc w:val="center"/>
              <w:rPr>
                <w:sz w:val="22"/>
              </w:rPr>
            </w:pPr>
            <w:r w:rsidRPr="00BA224B">
              <w:rPr>
                <w:b/>
                <w:sz w:val="22"/>
              </w:rPr>
              <w:lastRenderedPageBreak/>
              <w:t>No.</w:t>
            </w:r>
          </w:p>
        </w:tc>
        <w:tc>
          <w:tcPr>
            <w:tcW w:w="1296" w:type="dxa"/>
            <w:shd w:val="clear" w:color="auto" w:fill="D9EAF7"/>
            <w:vAlign w:val="center"/>
          </w:tcPr>
          <w:p w14:paraId="260AE68D" w14:textId="77777777" w:rsidR="00D36051" w:rsidRPr="00BA224B" w:rsidRDefault="006042E9">
            <w:pPr>
              <w:spacing w:after="0"/>
              <w:jc w:val="center"/>
              <w:rPr>
                <w:sz w:val="22"/>
              </w:rPr>
            </w:pPr>
            <w:r w:rsidRPr="00BA224B">
              <w:rPr>
                <w:b/>
                <w:sz w:val="22"/>
              </w:rPr>
              <w:t>Contratante</w:t>
            </w:r>
          </w:p>
        </w:tc>
        <w:tc>
          <w:tcPr>
            <w:tcW w:w="1296" w:type="dxa"/>
            <w:shd w:val="clear" w:color="auto" w:fill="D9EAF7"/>
            <w:vAlign w:val="center"/>
          </w:tcPr>
          <w:p w14:paraId="0B3B76B5" w14:textId="77777777" w:rsidR="00D36051" w:rsidRPr="00BA224B" w:rsidRDefault="006042E9">
            <w:pPr>
              <w:spacing w:after="0"/>
              <w:jc w:val="center"/>
              <w:rPr>
                <w:sz w:val="22"/>
              </w:rPr>
            </w:pPr>
            <w:r w:rsidRPr="00BA224B">
              <w:rPr>
                <w:b/>
                <w:sz w:val="22"/>
              </w:rPr>
              <w:t>No. contrato / documento</w:t>
            </w:r>
          </w:p>
        </w:tc>
        <w:tc>
          <w:tcPr>
            <w:tcW w:w="1296" w:type="dxa"/>
            <w:shd w:val="clear" w:color="auto" w:fill="D9EAF7"/>
            <w:vAlign w:val="center"/>
          </w:tcPr>
          <w:p w14:paraId="0345BC2C" w14:textId="77777777" w:rsidR="00D36051" w:rsidRPr="00BA224B" w:rsidRDefault="006042E9">
            <w:pPr>
              <w:spacing w:after="0"/>
              <w:jc w:val="center"/>
              <w:rPr>
                <w:sz w:val="22"/>
              </w:rPr>
            </w:pPr>
            <w:r w:rsidRPr="00BA224B">
              <w:rPr>
                <w:b/>
                <w:sz w:val="22"/>
              </w:rPr>
              <w:t>Objeto / alcance relacionado</w:t>
            </w:r>
          </w:p>
        </w:tc>
        <w:tc>
          <w:tcPr>
            <w:tcW w:w="1296" w:type="dxa"/>
            <w:shd w:val="clear" w:color="auto" w:fill="D9EAF7"/>
            <w:vAlign w:val="center"/>
          </w:tcPr>
          <w:p w14:paraId="2550A33A" w14:textId="77777777" w:rsidR="00D36051" w:rsidRPr="00BA224B" w:rsidRDefault="006042E9">
            <w:pPr>
              <w:spacing w:after="0"/>
              <w:jc w:val="center"/>
              <w:rPr>
                <w:sz w:val="22"/>
              </w:rPr>
            </w:pPr>
            <w:r w:rsidRPr="00BA224B">
              <w:rPr>
                <w:b/>
                <w:sz w:val="22"/>
              </w:rPr>
              <w:t>Fecha inicio</w:t>
            </w:r>
          </w:p>
        </w:tc>
        <w:tc>
          <w:tcPr>
            <w:tcW w:w="1296" w:type="dxa"/>
            <w:shd w:val="clear" w:color="auto" w:fill="D9EAF7"/>
            <w:vAlign w:val="center"/>
          </w:tcPr>
          <w:p w14:paraId="2192A73D" w14:textId="77777777" w:rsidR="00D36051" w:rsidRPr="00BA224B" w:rsidRDefault="006042E9">
            <w:pPr>
              <w:spacing w:after="0"/>
              <w:jc w:val="center"/>
              <w:rPr>
                <w:sz w:val="22"/>
              </w:rPr>
            </w:pPr>
            <w:r w:rsidRPr="00BA224B">
              <w:rPr>
                <w:b/>
                <w:sz w:val="22"/>
              </w:rPr>
              <w:t>Fecha terminación</w:t>
            </w:r>
          </w:p>
        </w:tc>
        <w:tc>
          <w:tcPr>
            <w:tcW w:w="1296" w:type="dxa"/>
            <w:shd w:val="clear" w:color="auto" w:fill="D9EAF7"/>
            <w:vAlign w:val="center"/>
          </w:tcPr>
          <w:p w14:paraId="12269E5D" w14:textId="77777777" w:rsidR="00D36051" w:rsidRPr="00BA224B" w:rsidRDefault="006042E9">
            <w:pPr>
              <w:spacing w:after="0"/>
              <w:jc w:val="center"/>
              <w:rPr>
                <w:sz w:val="22"/>
              </w:rPr>
            </w:pPr>
            <w:r w:rsidRPr="00BA224B">
              <w:rPr>
                <w:b/>
                <w:sz w:val="22"/>
              </w:rPr>
              <w:t>Valor ejecutado relacionado ($)</w:t>
            </w:r>
          </w:p>
        </w:tc>
        <w:tc>
          <w:tcPr>
            <w:tcW w:w="1296" w:type="dxa"/>
            <w:shd w:val="clear" w:color="auto" w:fill="D9EAF7"/>
            <w:vAlign w:val="center"/>
          </w:tcPr>
          <w:p w14:paraId="6E960909" w14:textId="77777777" w:rsidR="00D36051" w:rsidRPr="00BA224B" w:rsidRDefault="006042E9">
            <w:pPr>
              <w:spacing w:after="0"/>
              <w:jc w:val="center"/>
              <w:rPr>
                <w:sz w:val="22"/>
              </w:rPr>
            </w:pPr>
            <w:r w:rsidRPr="00BA224B">
              <w:rPr>
                <w:b/>
                <w:sz w:val="22"/>
              </w:rPr>
              <w:t>Ha totales relacionadas</w:t>
            </w:r>
          </w:p>
        </w:tc>
        <w:tc>
          <w:tcPr>
            <w:tcW w:w="1296" w:type="dxa"/>
            <w:shd w:val="clear" w:color="auto" w:fill="D9EAF7"/>
            <w:vAlign w:val="center"/>
          </w:tcPr>
          <w:p w14:paraId="0CE58167" w14:textId="77777777" w:rsidR="00D36051" w:rsidRPr="00BA224B" w:rsidRDefault="006042E9">
            <w:pPr>
              <w:spacing w:after="0"/>
              <w:jc w:val="center"/>
              <w:rPr>
                <w:sz w:val="22"/>
              </w:rPr>
            </w:pPr>
            <w:r w:rsidRPr="00BA224B">
              <w:rPr>
                <w:b/>
                <w:sz w:val="22"/>
              </w:rPr>
              <w:t>Ha establecimiento / enriquecimiento / restauración activa</w:t>
            </w:r>
          </w:p>
        </w:tc>
        <w:tc>
          <w:tcPr>
            <w:tcW w:w="1296" w:type="dxa"/>
            <w:shd w:val="clear" w:color="auto" w:fill="D9EAF7"/>
            <w:vAlign w:val="center"/>
          </w:tcPr>
          <w:p w14:paraId="5BA20BE2" w14:textId="77777777" w:rsidR="00D36051" w:rsidRPr="00BA224B" w:rsidRDefault="006042E9">
            <w:pPr>
              <w:spacing w:after="0"/>
              <w:jc w:val="center"/>
              <w:rPr>
                <w:sz w:val="22"/>
              </w:rPr>
            </w:pPr>
            <w:r w:rsidRPr="00BA224B">
              <w:rPr>
                <w:b/>
                <w:sz w:val="22"/>
              </w:rPr>
              <w:t>Metros lineales de cercado</w:t>
            </w:r>
          </w:p>
        </w:tc>
        <w:tc>
          <w:tcPr>
            <w:tcW w:w="1296" w:type="dxa"/>
            <w:shd w:val="clear" w:color="auto" w:fill="D9EAF7"/>
            <w:vAlign w:val="center"/>
          </w:tcPr>
          <w:p w14:paraId="72AEB12B" w14:textId="77777777" w:rsidR="00D36051" w:rsidRPr="00BA224B" w:rsidRDefault="006042E9">
            <w:pPr>
              <w:spacing w:after="0"/>
              <w:jc w:val="center"/>
              <w:rPr>
                <w:sz w:val="22"/>
              </w:rPr>
            </w:pPr>
            <w:r w:rsidRPr="00BA224B">
              <w:rPr>
                <w:b/>
                <w:sz w:val="22"/>
              </w:rPr>
              <w:t>Soporte y página / folio</w:t>
            </w:r>
          </w:p>
        </w:tc>
      </w:tr>
      <w:tr w:rsidR="00D36051" w:rsidRPr="00BA224B" w14:paraId="479F9346" w14:textId="77777777">
        <w:trPr>
          <w:jc w:val="center"/>
        </w:trPr>
        <w:tc>
          <w:tcPr>
            <w:tcW w:w="1296" w:type="dxa"/>
            <w:vAlign w:val="center"/>
          </w:tcPr>
          <w:p w14:paraId="65B34397" w14:textId="77777777" w:rsidR="00D36051" w:rsidRPr="00BA224B" w:rsidRDefault="006042E9">
            <w:pPr>
              <w:spacing w:after="0"/>
              <w:jc w:val="center"/>
              <w:rPr>
                <w:sz w:val="22"/>
              </w:rPr>
            </w:pPr>
            <w:r w:rsidRPr="00BA224B">
              <w:rPr>
                <w:sz w:val="22"/>
              </w:rPr>
              <w:t>1</w:t>
            </w:r>
          </w:p>
        </w:tc>
        <w:tc>
          <w:tcPr>
            <w:tcW w:w="1296" w:type="dxa"/>
            <w:vAlign w:val="center"/>
          </w:tcPr>
          <w:p w14:paraId="2934D691"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6B1842ED"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1CCC7E87" w14:textId="77777777" w:rsidR="00D36051" w:rsidRPr="00BA224B" w:rsidRDefault="006042E9">
            <w:pPr>
              <w:spacing w:after="0"/>
              <w:rPr>
                <w:sz w:val="22"/>
              </w:rPr>
            </w:pPr>
            <w:r w:rsidRPr="00BA224B">
              <w:rPr>
                <w:sz w:val="22"/>
              </w:rPr>
              <w:br/>
            </w:r>
            <w:r w:rsidRPr="00BA224B">
              <w:rPr>
                <w:sz w:val="22"/>
              </w:rPr>
              <w:br/>
            </w:r>
          </w:p>
        </w:tc>
        <w:tc>
          <w:tcPr>
            <w:tcW w:w="1296" w:type="dxa"/>
            <w:vAlign w:val="center"/>
          </w:tcPr>
          <w:p w14:paraId="6C1EC167"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72EE8DBE"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44C09FA5"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2CB94CE4"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5BC79966"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1354BE57"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3516D2BE" w14:textId="77777777" w:rsidR="00D36051" w:rsidRPr="00BA224B" w:rsidRDefault="006042E9">
            <w:pPr>
              <w:spacing w:after="0"/>
              <w:jc w:val="center"/>
              <w:rPr>
                <w:sz w:val="22"/>
              </w:rPr>
            </w:pPr>
            <w:r w:rsidRPr="00BA224B">
              <w:rPr>
                <w:sz w:val="22"/>
              </w:rPr>
              <w:br/>
            </w:r>
            <w:r w:rsidRPr="00BA224B">
              <w:rPr>
                <w:sz w:val="22"/>
              </w:rPr>
              <w:br/>
            </w:r>
          </w:p>
        </w:tc>
      </w:tr>
      <w:tr w:rsidR="00D36051" w:rsidRPr="00BA224B" w14:paraId="5D0CCCDE" w14:textId="77777777">
        <w:trPr>
          <w:jc w:val="center"/>
        </w:trPr>
        <w:tc>
          <w:tcPr>
            <w:tcW w:w="1296" w:type="dxa"/>
            <w:vAlign w:val="center"/>
          </w:tcPr>
          <w:p w14:paraId="4FE1AC83" w14:textId="77777777" w:rsidR="00D36051" w:rsidRPr="00BA224B" w:rsidRDefault="006042E9">
            <w:pPr>
              <w:spacing w:after="0"/>
              <w:jc w:val="center"/>
              <w:rPr>
                <w:sz w:val="22"/>
              </w:rPr>
            </w:pPr>
            <w:r w:rsidRPr="00BA224B">
              <w:rPr>
                <w:sz w:val="22"/>
              </w:rPr>
              <w:t>2</w:t>
            </w:r>
          </w:p>
        </w:tc>
        <w:tc>
          <w:tcPr>
            <w:tcW w:w="1296" w:type="dxa"/>
            <w:vAlign w:val="center"/>
          </w:tcPr>
          <w:p w14:paraId="1FA3ED64"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6ED6D9F6"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43749AE4" w14:textId="77777777" w:rsidR="00D36051" w:rsidRPr="00BA224B" w:rsidRDefault="006042E9">
            <w:pPr>
              <w:spacing w:after="0"/>
              <w:rPr>
                <w:sz w:val="22"/>
              </w:rPr>
            </w:pPr>
            <w:r w:rsidRPr="00BA224B">
              <w:rPr>
                <w:sz w:val="22"/>
              </w:rPr>
              <w:br/>
            </w:r>
            <w:r w:rsidRPr="00BA224B">
              <w:rPr>
                <w:sz w:val="22"/>
              </w:rPr>
              <w:br/>
            </w:r>
          </w:p>
        </w:tc>
        <w:tc>
          <w:tcPr>
            <w:tcW w:w="1296" w:type="dxa"/>
            <w:vAlign w:val="center"/>
          </w:tcPr>
          <w:p w14:paraId="6B6705A7"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6A50B5ED"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3560326B"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467B0D3C"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79B792E1"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128ACB03"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719ADC92" w14:textId="77777777" w:rsidR="00D36051" w:rsidRPr="00BA224B" w:rsidRDefault="006042E9">
            <w:pPr>
              <w:spacing w:after="0"/>
              <w:jc w:val="center"/>
              <w:rPr>
                <w:sz w:val="22"/>
              </w:rPr>
            </w:pPr>
            <w:r w:rsidRPr="00BA224B">
              <w:rPr>
                <w:sz w:val="22"/>
              </w:rPr>
              <w:br/>
            </w:r>
            <w:r w:rsidRPr="00BA224B">
              <w:rPr>
                <w:sz w:val="22"/>
              </w:rPr>
              <w:br/>
            </w:r>
          </w:p>
        </w:tc>
      </w:tr>
      <w:tr w:rsidR="00D36051" w:rsidRPr="00BA224B" w14:paraId="783AAF61" w14:textId="77777777">
        <w:trPr>
          <w:jc w:val="center"/>
        </w:trPr>
        <w:tc>
          <w:tcPr>
            <w:tcW w:w="1296" w:type="dxa"/>
            <w:vAlign w:val="center"/>
          </w:tcPr>
          <w:p w14:paraId="4F1C35FE" w14:textId="77777777" w:rsidR="00D36051" w:rsidRPr="00BA224B" w:rsidRDefault="006042E9">
            <w:pPr>
              <w:spacing w:after="0"/>
              <w:jc w:val="center"/>
              <w:rPr>
                <w:sz w:val="22"/>
              </w:rPr>
            </w:pPr>
            <w:r w:rsidRPr="00BA224B">
              <w:rPr>
                <w:sz w:val="22"/>
              </w:rPr>
              <w:t>3</w:t>
            </w:r>
          </w:p>
        </w:tc>
        <w:tc>
          <w:tcPr>
            <w:tcW w:w="1296" w:type="dxa"/>
            <w:vAlign w:val="center"/>
          </w:tcPr>
          <w:p w14:paraId="085026D8"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05EEF095"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3A903BE0" w14:textId="77777777" w:rsidR="00D36051" w:rsidRPr="00BA224B" w:rsidRDefault="006042E9">
            <w:pPr>
              <w:spacing w:after="0"/>
              <w:rPr>
                <w:sz w:val="22"/>
              </w:rPr>
            </w:pPr>
            <w:r w:rsidRPr="00BA224B">
              <w:rPr>
                <w:sz w:val="22"/>
              </w:rPr>
              <w:br/>
            </w:r>
            <w:r w:rsidRPr="00BA224B">
              <w:rPr>
                <w:sz w:val="22"/>
              </w:rPr>
              <w:br/>
            </w:r>
          </w:p>
        </w:tc>
        <w:tc>
          <w:tcPr>
            <w:tcW w:w="1296" w:type="dxa"/>
            <w:vAlign w:val="center"/>
          </w:tcPr>
          <w:p w14:paraId="4A55DF9C"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5B703857"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7B2E452F"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39210546"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42D4292B"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603C2F2F" w14:textId="77777777" w:rsidR="00D36051" w:rsidRPr="00BA224B" w:rsidRDefault="006042E9">
            <w:pPr>
              <w:spacing w:after="0"/>
              <w:jc w:val="center"/>
              <w:rPr>
                <w:sz w:val="22"/>
              </w:rPr>
            </w:pPr>
            <w:r w:rsidRPr="00BA224B">
              <w:rPr>
                <w:sz w:val="22"/>
              </w:rPr>
              <w:br/>
            </w:r>
            <w:r w:rsidRPr="00BA224B">
              <w:rPr>
                <w:sz w:val="22"/>
              </w:rPr>
              <w:br/>
            </w:r>
          </w:p>
        </w:tc>
        <w:tc>
          <w:tcPr>
            <w:tcW w:w="1296" w:type="dxa"/>
            <w:vAlign w:val="center"/>
          </w:tcPr>
          <w:p w14:paraId="7FEB12BC" w14:textId="77777777" w:rsidR="00D36051" w:rsidRPr="00BA224B" w:rsidRDefault="006042E9">
            <w:pPr>
              <w:spacing w:after="0"/>
              <w:jc w:val="center"/>
              <w:rPr>
                <w:sz w:val="22"/>
              </w:rPr>
            </w:pPr>
            <w:r w:rsidRPr="00BA224B">
              <w:rPr>
                <w:sz w:val="22"/>
              </w:rPr>
              <w:br/>
            </w:r>
            <w:r w:rsidRPr="00BA224B">
              <w:rPr>
                <w:sz w:val="22"/>
              </w:rPr>
              <w:br/>
            </w:r>
          </w:p>
        </w:tc>
      </w:tr>
    </w:tbl>
    <w:p w14:paraId="7E670A74" w14:textId="77777777" w:rsidR="00D36051" w:rsidRPr="00BA224B" w:rsidRDefault="00D36051">
      <w:pPr>
        <w:rPr>
          <w:sz w:val="22"/>
        </w:rPr>
      </w:pPr>
    </w:p>
    <w:p w14:paraId="52090BD6" w14:textId="77777777" w:rsidR="00D36051" w:rsidRPr="00BA224B" w:rsidRDefault="006042E9">
      <w:pPr>
        <w:rPr>
          <w:sz w:val="22"/>
        </w:rPr>
      </w:pPr>
      <w:r w:rsidRPr="00BA224B">
        <w:rPr>
          <w:b/>
          <w:sz w:val="22"/>
        </w:rPr>
        <w:t>2. RESUMEN DE EXPERIENCIA ACREDITADA</w:t>
      </w:r>
    </w:p>
    <w:tbl>
      <w:tblPr>
        <w:tblStyle w:val="Tablaconcuadrcula"/>
        <w:tblW w:w="0" w:type="auto"/>
        <w:jc w:val="center"/>
        <w:tblLook w:val="04A0" w:firstRow="1" w:lastRow="0" w:firstColumn="1" w:lastColumn="0" w:noHBand="0" w:noVBand="1"/>
      </w:tblPr>
      <w:tblGrid>
        <w:gridCol w:w="3596"/>
        <w:gridCol w:w="4511"/>
        <w:gridCol w:w="4321"/>
      </w:tblGrid>
      <w:tr w:rsidR="00D36051" w:rsidRPr="00BA224B" w14:paraId="4B90B3B8" w14:textId="77777777">
        <w:trPr>
          <w:jc w:val="center"/>
        </w:trPr>
        <w:tc>
          <w:tcPr>
            <w:tcW w:w="4751" w:type="dxa"/>
            <w:shd w:val="clear" w:color="auto" w:fill="D9EAF7"/>
            <w:vAlign w:val="center"/>
          </w:tcPr>
          <w:p w14:paraId="4017E8C9" w14:textId="77777777" w:rsidR="00D36051" w:rsidRPr="00BA224B" w:rsidRDefault="006042E9">
            <w:pPr>
              <w:spacing w:after="0"/>
              <w:jc w:val="center"/>
              <w:rPr>
                <w:sz w:val="22"/>
              </w:rPr>
            </w:pPr>
            <w:r w:rsidRPr="00BA224B">
              <w:rPr>
                <w:b/>
                <w:sz w:val="22"/>
              </w:rPr>
              <w:t>Requisito</w:t>
            </w:r>
          </w:p>
        </w:tc>
        <w:tc>
          <w:tcPr>
            <w:tcW w:w="4751" w:type="dxa"/>
            <w:shd w:val="clear" w:color="auto" w:fill="D9EAF7"/>
            <w:vAlign w:val="center"/>
          </w:tcPr>
          <w:p w14:paraId="704A2AE7" w14:textId="77777777" w:rsidR="00D36051" w:rsidRPr="00BA224B" w:rsidRDefault="006042E9">
            <w:pPr>
              <w:spacing w:after="0"/>
              <w:jc w:val="center"/>
              <w:rPr>
                <w:sz w:val="22"/>
              </w:rPr>
            </w:pPr>
            <w:r w:rsidRPr="00BA224B">
              <w:rPr>
                <w:b/>
                <w:sz w:val="22"/>
              </w:rPr>
              <w:t>Total acreditado por el oferente</w:t>
            </w:r>
          </w:p>
        </w:tc>
        <w:tc>
          <w:tcPr>
            <w:tcW w:w="4751" w:type="dxa"/>
            <w:shd w:val="clear" w:color="auto" w:fill="D9EAF7"/>
            <w:vAlign w:val="center"/>
          </w:tcPr>
          <w:p w14:paraId="685CCF7C" w14:textId="77777777" w:rsidR="00D36051" w:rsidRPr="00BA224B" w:rsidRDefault="006042E9">
            <w:pPr>
              <w:spacing w:after="0"/>
              <w:jc w:val="center"/>
              <w:rPr>
                <w:sz w:val="22"/>
              </w:rPr>
            </w:pPr>
            <w:r w:rsidRPr="00BA224B">
              <w:rPr>
                <w:b/>
                <w:sz w:val="22"/>
              </w:rPr>
              <w:t>Referencia de soporte</w:t>
            </w:r>
          </w:p>
        </w:tc>
      </w:tr>
      <w:tr w:rsidR="00D36051" w:rsidRPr="00BA224B" w14:paraId="21F307D8" w14:textId="77777777">
        <w:trPr>
          <w:jc w:val="center"/>
        </w:trPr>
        <w:tc>
          <w:tcPr>
            <w:tcW w:w="4751" w:type="dxa"/>
            <w:vAlign w:val="center"/>
          </w:tcPr>
          <w:p w14:paraId="094B745C" w14:textId="77777777" w:rsidR="00D36051" w:rsidRPr="00BA224B" w:rsidRDefault="006042E9">
            <w:pPr>
              <w:spacing w:after="0"/>
              <w:rPr>
                <w:sz w:val="22"/>
              </w:rPr>
            </w:pPr>
            <w:r w:rsidRPr="00BA224B">
              <w:rPr>
                <w:sz w:val="22"/>
              </w:rPr>
              <w:t>Valor ejecutado acumulado de experiencia relacionada</w:t>
            </w:r>
          </w:p>
        </w:tc>
        <w:tc>
          <w:tcPr>
            <w:tcW w:w="4751" w:type="dxa"/>
            <w:vAlign w:val="center"/>
          </w:tcPr>
          <w:p w14:paraId="2EBBB115" w14:textId="77777777" w:rsidR="00D36051" w:rsidRPr="00BA224B" w:rsidRDefault="006042E9">
            <w:pPr>
              <w:spacing w:after="0"/>
              <w:jc w:val="center"/>
              <w:rPr>
                <w:sz w:val="22"/>
              </w:rPr>
            </w:pPr>
            <w:r w:rsidRPr="00BA224B">
              <w:rPr>
                <w:sz w:val="22"/>
              </w:rPr>
              <w:t>$ ________________________________</w:t>
            </w:r>
          </w:p>
        </w:tc>
        <w:tc>
          <w:tcPr>
            <w:tcW w:w="4751" w:type="dxa"/>
            <w:vAlign w:val="center"/>
          </w:tcPr>
          <w:p w14:paraId="71854D4A" w14:textId="77777777" w:rsidR="00D36051" w:rsidRPr="00BA224B" w:rsidRDefault="006042E9">
            <w:pPr>
              <w:spacing w:after="0"/>
              <w:jc w:val="center"/>
              <w:rPr>
                <w:sz w:val="22"/>
              </w:rPr>
            </w:pPr>
            <w:r w:rsidRPr="00BA224B">
              <w:rPr>
                <w:sz w:val="22"/>
              </w:rPr>
              <w:t>____________________________</w:t>
            </w:r>
          </w:p>
        </w:tc>
      </w:tr>
      <w:tr w:rsidR="00D36051" w:rsidRPr="00BA224B" w14:paraId="6B2D1058" w14:textId="77777777">
        <w:trPr>
          <w:jc w:val="center"/>
        </w:trPr>
        <w:tc>
          <w:tcPr>
            <w:tcW w:w="4751" w:type="dxa"/>
            <w:vAlign w:val="center"/>
          </w:tcPr>
          <w:p w14:paraId="0380BBF8" w14:textId="77777777" w:rsidR="00D36051" w:rsidRPr="00BA224B" w:rsidRDefault="006042E9">
            <w:pPr>
              <w:spacing w:after="0"/>
              <w:rPr>
                <w:sz w:val="22"/>
              </w:rPr>
            </w:pPr>
            <w:r w:rsidRPr="00BA224B">
              <w:rPr>
                <w:sz w:val="22"/>
              </w:rPr>
              <w:t>Hectáreas acumuladas en actividades forestales relacionadas</w:t>
            </w:r>
          </w:p>
        </w:tc>
        <w:tc>
          <w:tcPr>
            <w:tcW w:w="4751" w:type="dxa"/>
            <w:vAlign w:val="center"/>
          </w:tcPr>
          <w:p w14:paraId="7CB7CC0B" w14:textId="77777777" w:rsidR="00D36051" w:rsidRPr="00BA224B" w:rsidRDefault="006042E9">
            <w:pPr>
              <w:spacing w:after="0"/>
              <w:jc w:val="center"/>
              <w:rPr>
                <w:sz w:val="22"/>
              </w:rPr>
            </w:pPr>
            <w:r w:rsidRPr="00BA224B">
              <w:rPr>
                <w:sz w:val="22"/>
              </w:rPr>
              <w:t>____________ ha</w:t>
            </w:r>
          </w:p>
        </w:tc>
        <w:tc>
          <w:tcPr>
            <w:tcW w:w="4751" w:type="dxa"/>
            <w:vAlign w:val="center"/>
          </w:tcPr>
          <w:p w14:paraId="321BAF9E" w14:textId="77777777" w:rsidR="00D36051" w:rsidRPr="00BA224B" w:rsidRDefault="006042E9">
            <w:pPr>
              <w:spacing w:after="0"/>
              <w:jc w:val="center"/>
              <w:rPr>
                <w:sz w:val="22"/>
              </w:rPr>
            </w:pPr>
            <w:r w:rsidRPr="00BA224B">
              <w:rPr>
                <w:sz w:val="22"/>
              </w:rPr>
              <w:t>____________________________</w:t>
            </w:r>
          </w:p>
        </w:tc>
      </w:tr>
      <w:tr w:rsidR="00D36051" w:rsidRPr="00BA224B" w14:paraId="55730C92" w14:textId="77777777">
        <w:trPr>
          <w:jc w:val="center"/>
        </w:trPr>
        <w:tc>
          <w:tcPr>
            <w:tcW w:w="4751" w:type="dxa"/>
            <w:vAlign w:val="center"/>
          </w:tcPr>
          <w:p w14:paraId="3AD8F8E7" w14:textId="77777777" w:rsidR="00D36051" w:rsidRPr="00BA224B" w:rsidRDefault="006042E9">
            <w:pPr>
              <w:spacing w:after="0"/>
              <w:rPr>
                <w:sz w:val="22"/>
              </w:rPr>
            </w:pPr>
            <w:r w:rsidRPr="00BA224B">
              <w:rPr>
                <w:sz w:val="22"/>
              </w:rPr>
              <w:t>Hectáreas acumuladas en establecimiento / enriquecimiento / restauración activa</w:t>
            </w:r>
          </w:p>
        </w:tc>
        <w:tc>
          <w:tcPr>
            <w:tcW w:w="4751" w:type="dxa"/>
            <w:vAlign w:val="center"/>
          </w:tcPr>
          <w:p w14:paraId="30D1965A" w14:textId="77777777" w:rsidR="00D36051" w:rsidRPr="00BA224B" w:rsidRDefault="006042E9">
            <w:pPr>
              <w:spacing w:after="0"/>
              <w:jc w:val="center"/>
              <w:rPr>
                <w:sz w:val="22"/>
              </w:rPr>
            </w:pPr>
            <w:r w:rsidRPr="00BA224B">
              <w:rPr>
                <w:sz w:val="22"/>
              </w:rPr>
              <w:t>____________ ha</w:t>
            </w:r>
          </w:p>
        </w:tc>
        <w:tc>
          <w:tcPr>
            <w:tcW w:w="4751" w:type="dxa"/>
            <w:vAlign w:val="center"/>
          </w:tcPr>
          <w:p w14:paraId="7381CBC4" w14:textId="77777777" w:rsidR="00D36051" w:rsidRPr="00BA224B" w:rsidRDefault="006042E9">
            <w:pPr>
              <w:spacing w:after="0"/>
              <w:jc w:val="center"/>
              <w:rPr>
                <w:sz w:val="22"/>
              </w:rPr>
            </w:pPr>
            <w:r w:rsidRPr="00BA224B">
              <w:rPr>
                <w:sz w:val="22"/>
              </w:rPr>
              <w:t>____________________________</w:t>
            </w:r>
          </w:p>
        </w:tc>
      </w:tr>
      <w:tr w:rsidR="00D36051" w:rsidRPr="00BA224B" w14:paraId="4F500FFC" w14:textId="77777777">
        <w:trPr>
          <w:jc w:val="center"/>
        </w:trPr>
        <w:tc>
          <w:tcPr>
            <w:tcW w:w="4751" w:type="dxa"/>
            <w:vAlign w:val="center"/>
          </w:tcPr>
          <w:p w14:paraId="39B62C4F" w14:textId="77777777" w:rsidR="00D36051" w:rsidRPr="00BA224B" w:rsidRDefault="006042E9">
            <w:pPr>
              <w:spacing w:after="0"/>
              <w:rPr>
                <w:sz w:val="22"/>
              </w:rPr>
            </w:pPr>
            <w:r w:rsidRPr="00BA224B">
              <w:rPr>
                <w:sz w:val="22"/>
              </w:rPr>
              <w:t>Metros lineales acumulados de cercado</w:t>
            </w:r>
          </w:p>
        </w:tc>
        <w:tc>
          <w:tcPr>
            <w:tcW w:w="4751" w:type="dxa"/>
            <w:vAlign w:val="center"/>
          </w:tcPr>
          <w:p w14:paraId="1CCEA26D" w14:textId="77777777" w:rsidR="00D36051" w:rsidRPr="00BA224B" w:rsidRDefault="006042E9">
            <w:pPr>
              <w:spacing w:after="0"/>
              <w:jc w:val="center"/>
              <w:rPr>
                <w:sz w:val="22"/>
              </w:rPr>
            </w:pPr>
            <w:r w:rsidRPr="00BA224B">
              <w:rPr>
                <w:sz w:val="22"/>
              </w:rPr>
              <w:t>____________ m</w:t>
            </w:r>
          </w:p>
        </w:tc>
        <w:tc>
          <w:tcPr>
            <w:tcW w:w="4751" w:type="dxa"/>
            <w:vAlign w:val="center"/>
          </w:tcPr>
          <w:p w14:paraId="3E39ED44" w14:textId="77777777" w:rsidR="00D36051" w:rsidRPr="00BA224B" w:rsidRDefault="006042E9">
            <w:pPr>
              <w:spacing w:after="0"/>
              <w:jc w:val="center"/>
              <w:rPr>
                <w:sz w:val="22"/>
              </w:rPr>
            </w:pPr>
            <w:r w:rsidRPr="00BA224B">
              <w:rPr>
                <w:sz w:val="22"/>
              </w:rPr>
              <w:t>____________________________</w:t>
            </w:r>
          </w:p>
        </w:tc>
      </w:tr>
    </w:tbl>
    <w:p w14:paraId="4D821EEC" w14:textId="77777777" w:rsidR="00D36051" w:rsidRPr="00BA224B" w:rsidRDefault="00D36051">
      <w:pPr>
        <w:rPr>
          <w:sz w:val="22"/>
        </w:rPr>
      </w:pPr>
    </w:p>
    <w:p w14:paraId="13E91E8D" w14:textId="77777777" w:rsidR="00D36051" w:rsidRPr="00BA224B" w:rsidRDefault="006042E9">
      <w:pPr>
        <w:rPr>
          <w:sz w:val="22"/>
        </w:rPr>
      </w:pPr>
      <w:r w:rsidRPr="00BA224B">
        <w:rPr>
          <w:b/>
          <w:sz w:val="22"/>
        </w:rPr>
        <w:t>3. EXPERIENCIA ADICIONAL PARA ASIGNACIÓN DE PUNTAJE</w:t>
      </w:r>
    </w:p>
    <w:p w14:paraId="7145C064" w14:textId="77777777" w:rsidR="00D36051" w:rsidRPr="00BA224B" w:rsidRDefault="006042E9" w:rsidP="00BA224B">
      <w:pPr>
        <w:jc w:val="both"/>
        <w:rPr>
          <w:sz w:val="22"/>
        </w:rPr>
      </w:pPr>
      <w:r w:rsidRPr="00BA224B">
        <w:rPr>
          <w:sz w:val="22"/>
        </w:rPr>
        <w:t>La experiencia mínima habilitante no genera puntaje. Para la asignación de los veinticinco (25) puntos de experiencia adicional se considerará únicamente la experiencia que exceda los mínimos habilitantes y que pueda verificarse en los documentos aportados.</w:t>
      </w:r>
    </w:p>
    <w:tbl>
      <w:tblPr>
        <w:tblStyle w:val="Tablaconcuadrcula"/>
        <w:tblW w:w="0" w:type="auto"/>
        <w:jc w:val="center"/>
        <w:tblLook w:val="04A0" w:firstRow="1" w:lastRow="0" w:firstColumn="1" w:lastColumn="0" w:noHBand="0" w:noVBand="1"/>
      </w:tblPr>
      <w:tblGrid>
        <w:gridCol w:w="3185"/>
        <w:gridCol w:w="3109"/>
        <w:gridCol w:w="3070"/>
        <w:gridCol w:w="3064"/>
      </w:tblGrid>
      <w:tr w:rsidR="00D36051" w:rsidRPr="00BA224B" w14:paraId="4DA3BE04" w14:textId="77777777">
        <w:trPr>
          <w:jc w:val="center"/>
        </w:trPr>
        <w:tc>
          <w:tcPr>
            <w:tcW w:w="3563" w:type="dxa"/>
            <w:shd w:val="clear" w:color="auto" w:fill="D9EAF7"/>
            <w:vAlign w:val="center"/>
          </w:tcPr>
          <w:p w14:paraId="1BF2ACDF" w14:textId="77777777" w:rsidR="00D36051" w:rsidRPr="00BA224B" w:rsidRDefault="006042E9">
            <w:pPr>
              <w:spacing w:after="0"/>
              <w:jc w:val="center"/>
              <w:rPr>
                <w:sz w:val="22"/>
              </w:rPr>
            </w:pPr>
            <w:r w:rsidRPr="00BA224B">
              <w:rPr>
                <w:b/>
                <w:sz w:val="22"/>
              </w:rPr>
              <w:t>Criterio</w:t>
            </w:r>
          </w:p>
        </w:tc>
        <w:tc>
          <w:tcPr>
            <w:tcW w:w="3563" w:type="dxa"/>
            <w:shd w:val="clear" w:color="auto" w:fill="D9EAF7"/>
            <w:vAlign w:val="center"/>
          </w:tcPr>
          <w:p w14:paraId="47DEBA42" w14:textId="77777777" w:rsidR="00D36051" w:rsidRPr="00BA224B" w:rsidRDefault="006042E9">
            <w:pPr>
              <w:spacing w:after="0"/>
              <w:jc w:val="center"/>
              <w:rPr>
                <w:sz w:val="22"/>
              </w:rPr>
            </w:pPr>
            <w:r w:rsidRPr="00BA224B">
              <w:rPr>
                <w:b/>
                <w:sz w:val="22"/>
              </w:rPr>
              <w:t>Experiencia acreditada</w:t>
            </w:r>
          </w:p>
        </w:tc>
        <w:tc>
          <w:tcPr>
            <w:tcW w:w="3563" w:type="dxa"/>
            <w:shd w:val="clear" w:color="auto" w:fill="D9EAF7"/>
            <w:vAlign w:val="center"/>
          </w:tcPr>
          <w:p w14:paraId="469C483F" w14:textId="77777777" w:rsidR="00D36051" w:rsidRPr="00BA224B" w:rsidRDefault="006042E9">
            <w:pPr>
              <w:spacing w:after="0"/>
              <w:jc w:val="center"/>
              <w:rPr>
                <w:sz w:val="22"/>
              </w:rPr>
            </w:pPr>
            <w:r w:rsidRPr="00BA224B">
              <w:rPr>
                <w:b/>
                <w:sz w:val="22"/>
              </w:rPr>
              <w:t>Rango de referencia para puntaje</w:t>
            </w:r>
          </w:p>
        </w:tc>
        <w:tc>
          <w:tcPr>
            <w:tcW w:w="3563" w:type="dxa"/>
            <w:shd w:val="clear" w:color="auto" w:fill="D9EAF7"/>
            <w:vAlign w:val="center"/>
          </w:tcPr>
          <w:p w14:paraId="748C83A8" w14:textId="77777777" w:rsidR="00D36051" w:rsidRPr="00BA224B" w:rsidRDefault="006042E9">
            <w:pPr>
              <w:spacing w:after="0"/>
              <w:jc w:val="center"/>
              <w:rPr>
                <w:sz w:val="22"/>
              </w:rPr>
            </w:pPr>
            <w:r w:rsidRPr="00BA224B">
              <w:rPr>
                <w:b/>
                <w:sz w:val="22"/>
              </w:rPr>
              <w:t>Puntaje solicitado por oferente</w:t>
            </w:r>
          </w:p>
        </w:tc>
      </w:tr>
      <w:tr w:rsidR="00D36051" w:rsidRPr="00BA224B" w14:paraId="25B4FF52" w14:textId="77777777">
        <w:trPr>
          <w:jc w:val="center"/>
        </w:trPr>
        <w:tc>
          <w:tcPr>
            <w:tcW w:w="3563" w:type="dxa"/>
            <w:vAlign w:val="center"/>
          </w:tcPr>
          <w:p w14:paraId="1DBD6E35" w14:textId="77777777" w:rsidR="00D36051" w:rsidRPr="00BA224B" w:rsidRDefault="006042E9">
            <w:pPr>
              <w:spacing w:after="0"/>
              <w:rPr>
                <w:sz w:val="22"/>
              </w:rPr>
            </w:pPr>
            <w:r w:rsidRPr="00BA224B">
              <w:rPr>
                <w:sz w:val="22"/>
              </w:rPr>
              <w:t>Experiencia acumulada en actividades forestales relacionadas</w:t>
            </w:r>
          </w:p>
        </w:tc>
        <w:tc>
          <w:tcPr>
            <w:tcW w:w="3563" w:type="dxa"/>
            <w:vAlign w:val="center"/>
          </w:tcPr>
          <w:p w14:paraId="07399710" w14:textId="77777777" w:rsidR="00D36051" w:rsidRPr="00BA224B" w:rsidRDefault="006042E9">
            <w:pPr>
              <w:spacing w:after="0"/>
              <w:jc w:val="center"/>
              <w:rPr>
                <w:sz w:val="22"/>
              </w:rPr>
            </w:pPr>
            <w:r w:rsidRPr="00BA224B">
              <w:rPr>
                <w:sz w:val="22"/>
              </w:rPr>
              <w:t>________ ha</w:t>
            </w:r>
          </w:p>
        </w:tc>
        <w:tc>
          <w:tcPr>
            <w:tcW w:w="3563" w:type="dxa"/>
            <w:vAlign w:val="center"/>
          </w:tcPr>
          <w:p w14:paraId="4764EFF1" w14:textId="77777777" w:rsidR="00D36051" w:rsidRPr="00BA224B" w:rsidRDefault="006042E9">
            <w:pPr>
              <w:spacing w:after="0"/>
              <w:jc w:val="center"/>
              <w:rPr>
                <w:sz w:val="22"/>
              </w:rPr>
            </w:pPr>
            <w:r w:rsidRPr="00BA224B">
              <w:rPr>
                <w:sz w:val="22"/>
              </w:rPr>
              <w:t>60 ha = 0; &gt;60-90 = 5; &gt;90-120 = 10; &gt;120-160 = 15; &gt;160 = 20 puntos</w:t>
            </w:r>
          </w:p>
        </w:tc>
        <w:tc>
          <w:tcPr>
            <w:tcW w:w="3563" w:type="dxa"/>
            <w:vAlign w:val="center"/>
          </w:tcPr>
          <w:p w14:paraId="0655D40F" w14:textId="77777777" w:rsidR="00D36051" w:rsidRPr="00BA224B" w:rsidRDefault="006042E9">
            <w:pPr>
              <w:spacing w:after="0"/>
              <w:jc w:val="center"/>
              <w:rPr>
                <w:sz w:val="22"/>
              </w:rPr>
            </w:pPr>
            <w:r w:rsidRPr="00BA224B">
              <w:rPr>
                <w:sz w:val="22"/>
              </w:rPr>
              <w:t>______ / 20</w:t>
            </w:r>
          </w:p>
        </w:tc>
      </w:tr>
      <w:tr w:rsidR="00D36051" w:rsidRPr="00BA224B" w14:paraId="5A0DDFEF" w14:textId="77777777">
        <w:trPr>
          <w:jc w:val="center"/>
        </w:trPr>
        <w:tc>
          <w:tcPr>
            <w:tcW w:w="3563" w:type="dxa"/>
            <w:vAlign w:val="center"/>
          </w:tcPr>
          <w:p w14:paraId="2BB3A549" w14:textId="77777777" w:rsidR="00D36051" w:rsidRPr="00BA224B" w:rsidRDefault="006042E9">
            <w:pPr>
              <w:spacing w:after="0"/>
              <w:rPr>
                <w:sz w:val="22"/>
              </w:rPr>
            </w:pPr>
            <w:r w:rsidRPr="00BA224B">
              <w:rPr>
                <w:sz w:val="22"/>
              </w:rPr>
              <w:t>Experiencia específica en establecimiento, enriquecimiento y/o restauración activa</w:t>
            </w:r>
          </w:p>
        </w:tc>
        <w:tc>
          <w:tcPr>
            <w:tcW w:w="3563" w:type="dxa"/>
            <w:vAlign w:val="center"/>
          </w:tcPr>
          <w:p w14:paraId="25D8B9B6" w14:textId="77777777" w:rsidR="00D36051" w:rsidRPr="00BA224B" w:rsidRDefault="006042E9">
            <w:pPr>
              <w:spacing w:after="0"/>
              <w:jc w:val="center"/>
              <w:rPr>
                <w:sz w:val="22"/>
              </w:rPr>
            </w:pPr>
            <w:r w:rsidRPr="00BA224B">
              <w:rPr>
                <w:sz w:val="22"/>
              </w:rPr>
              <w:t>________ ha</w:t>
            </w:r>
          </w:p>
        </w:tc>
        <w:tc>
          <w:tcPr>
            <w:tcW w:w="3563" w:type="dxa"/>
            <w:vAlign w:val="center"/>
          </w:tcPr>
          <w:p w14:paraId="06594CF1" w14:textId="77777777" w:rsidR="00D36051" w:rsidRPr="00BA224B" w:rsidRDefault="006042E9">
            <w:pPr>
              <w:spacing w:after="0"/>
              <w:jc w:val="center"/>
              <w:rPr>
                <w:sz w:val="22"/>
              </w:rPr>
            </w:pPr>
            <w:r w:rsidRPr="00BA224B">
              <w:rPr>
                <w:sz w:val="22"/>
              </w:rPr>
              <w:t>5 ha = 0; &gt;5-10 = 2; &gt;10 = 5 puntos</w:t>
            </w:r>
          </w:p>
        </w:tc>
        <w:tc>
          <w:tcPr>
            <w:tcW w:w="3563" w:type="dxa"/>
            <w:vAlign w:val="center"/>
          </w:tcPr>
          <w:p w14:paraId="2AE97A84" w14:textId="77777777" w:rsidR="00D36051" w:rsidRPr="00BA224B" w:rsidRDefault="006042E9">
            <w:pPr>
              <w:spacing w:after="0"/>
              <w:jc w:val="center"/>
              <w:rPr>
                <w:sz w:val="22"/>
              </w:rPr>
            </w:pPr>
            <w:r w:rsidRPr="00BA224B">
              <w:rPr>
                <w:sz w:val="22"/>
              </w:rPr>
              <w:t>______ / 5</w:t>
            </w:r>
          </w:p>
        </w:tc>
      </w:tr>
    </w:tbl>
    <w:p w14:paraId="6154C6B0" w14:textId="77777777" w:rsidR="00D36051" w:rsidRPr="00BA224B" w:rsidRDefault="00D36051">
      <w:pPr>
        <w:rPr>
          <w:sz w:val="22"/>
        </w:rPr>
      </w:pPr>
    </w:p>
    <w:p w14:paraId="0C57393D" w14:textId="77777777" w:rsidR="00D36051" w:rsidRPr="00BA224B" w:rsidRDefault="006042E9">
      <w:pPr>
        <w:rPr>
          <w:sz w:val="22"/>
        </w:rPr>
      </w:pPr>
      <w:r w:rsidRPr="00BA224B">
        <w:rPr>
          <w:b/>
          <w:sz w:val="22"/>
        </w:rPr>
        <w:t>4. DOCUMENTOS SOPORTE</w:t>
      </w:r>
    </w:p>
    <w:p w14:paraId="093B90D6" w14:textId="77777777" w:rsidR="00D36051" w:rsidRPr="00BA224B" w:rsidRDefault="006042E9" w:rsidP="00BA224B">
      <w:pPr>
        <w:jc w:val="both"/>
        <w:rPr>
          <w:sz w:val="22"/>
        </w:rPr>
      </w:pPr>
      <w:r w:rsidRPr="00BA224B">
        <w:rPr>
          <w:sz w:val="22"/>
        </w:rPr>
        <w:t>La información registrada en este formato deberá estar respaldada por certificaciones, actas de liquidación, actas de recibo final, constancias contractuales u otros documentos equivalentes. Los soportes deberán permitir verificar, como mínimo, el contratante, contratista, objeto, fechas de inicio y terminación, estado del contrato, valor ejecutado, actividades ejecutadas y cantidades o áreas efectivamente intervenidas.</w:t>
      </w:r>
    </w:p>
    <w:p w14:paraId="4D3013A5" w14:textId="77777777" w:rsidR="00D36051" w:rsidRPr="00BA224B" w:rsidRDefault="006042E9">
      <w:pPr>
        <w:rPr>
          <w:sz w:val="22"/>
        </w:rPr>
      </w:pPr>
      <w:r w:rsidRPr="00BA224B">
        <w:rPr>
          <w:sz w:val="22"/>
        </w:rPr>
        <w:t>Cuando la certificación no indique expresamente el valor ejecutado, las actividades realizadas o las cantidades intervenidas, el oferente deberá aportar documentos complementarios que permitan su verificación objetiva.</w:t>
      </w:r>
    </w:p>
    <w:p w14:paraId="486E79BB" w14:textId="77777777" w:rsidR="00D36051" w:rsidRDefault="006042E9" w:rsidP="00BA224B">
      <w:pPr>
        <w:jc w:val="both"/>
        <w:rPr>
          <w:sz w:val="22"/>
        </w:rPr>
      </w:pPr>
      <w:r w:rsidRPr="00BA224B">
        <w:rPr>
          <w:sz w:val="22"/>
        </w:rPr>
        <w:t>Cuando un mismo contrato incluya diferentes rondas de mantenimiento sobre una misma superficie, podrán contabilizarse las actividades efectivamente ejecutadas siempre que los soportes permitan identificar claramente las cantidades intervenidas en cada actividad o ronda.</w:t>
      </w:r>
    </w:p>
    <w:p w14:paraId="0C7787D7" w14:textId="77777777" w:rsidR="00BA224B" w:rsidRPr="00BA224B" w:rsidRDefault="00BA224B" w:rsidP="00BA224B">
      <w:pPr>
        <w:jc w:val="both"/>
        <w:rPr>
          <w:sz w:val="22"/>
        </w:rPr>
      </w:pPr>
    </w:p>
    <w:p w14:paraId="5140DE23" w14:textId="77777777" w:rsidR="00D36051" w:rsidRPr="00BA224B" w:rsidRDefault="006042E9">
      <w:pPr>
        <w:rPr>
          <w:sz w:val="22"/>
        </w:rPr>
      </w:pPr>
      <w:r w:rsidRPr="00BA224B">
        <w:rPr>
          <w:b/>
          <w:sz w:val="22"/>
        </w:rPr>
        <w:t>5. DECLARACIÓN DEL PROPONENTE</w:t>
      </w:r>
    </w:p>
    <w:p w14:paraId="4096D170" w14:textId="77777777" w:rsidR="00D36051" w:rsidRDefault="006042E9">
      <w:pPr>
        <w:rPr>
          <w:sz w:val="22"/>
        </w:rPr>
      </w:pPr>
      <w:r w:rsidRPr="00BA224B">
        <w:rPr>
          <w:sz w:val="22"/>
        </w:rPr>
        <w:t>El suscrito declara bajo la gravedad de juramento que la información consignada en este formato es veraz, corresponde a los documentos aportados con la propuesta y puede ser verificada por la Corporación CuencaVerde.</w:t>
      </w:r>
    </w:p>
    <w:p w14:paraId="4EA03832" w14:textId="77777777" w:rsidR="00BA224B" w:rsidRDefault="00BA224B">
      <w:pPr>
        <w:rPr>
          <w:sz w:val="22"/>
        </w:rPr>
      </w:pPr>
    </w:p>
    <w:p w14:paraId="4528F693" w14:textId="77777777" w:rsidR="00BA224B" w:rsidRDefault="00BA224B">
      <w:pPr>
        <w:rPr>
          <w:sz w:val="22"/>
        </w:rPr>
      </w:pPr>
    </w:p>
    <w:p w14:paraId="3BBD9EDD" w14:textId="77777777" w:rsidR="00BA224B" w:rsidRDefault="00BA224B">
      <w:pPr>
        <w:rPr>
          <w:sz w:val="22"/>
        </w:rPr>
      </w:pPr>
    </w:p>
    <w:p w14:paraId="15DF3A81" w14:textId="77777777" w:rsidR="00BA224B" w:rsidRDefault="00BA224B">
      <w:pPr>
        <w:rPr>
          <w:sz w:val="22"/>
        </w:rPr>
      </w:pPr>
    </w:p>
    <w:p w14:paraId="7AF71FC0" w14:textId="77777777" w:rsidR="00BA224B" w:rsidRPr="00BA224B" w:rsidRDefault="00BA224B">
      <w:pPr>
        <w:rPr>
          <w:sz w:val="22"/>
        </w:rPr>
      </w:pPr>
    </w:p>
    <w:tbl>
      <w:tblPr>
        <w:tblW w:w="0" w:type="auto"/>
        <w:jc w:val="center"/>
        <w:tblLook w:val="04A0" w:firstRow="1" w:lastRow="0" w:firstColumn="1" w:lastColumn="0" w:noHBand="0" w:noVBand="1"/>
      </w:tblPr>
      <w:tblGrid>
        <w:gridCol w:w="6219"/>
        <w:gridCol w:w="6219"/>
      </w:tblGrid>
      <w:tr w:rsidR="00D36051" w:rsidRPr="00BA224B" w14:paraId="5426D78B" w14:textId="77777777">
        <w:trPr>
          <w:jc w:val="center"/>
        </w:trPr>
        <w:tc>
          <w:tcPr>
            <w:tcW w:w="7126" w:type="dxa"/>
            <w:vAlign w:val="center"/>
          </w:tcPr>
          <w:p w14:paraId="74ED7EAA" w14:textId="77777777" w:rsidR="00D36051" w:rsidRPr="00BA224B" w:rsidRDefault="006042E9">
            <w:pPr>
              <w:spacing w:after="0"/>
              <w:jc w:val="center"/>
              <w:rPr>
                <w:sz w:val="22"/>
              </w:rPr>
            </w:pPr>
            <w:r w:rsidRPr="00BA224B">
              <w:rPr>
                <w:sz w:val="22"/>
              </w:rPr>
              <w:t>________________________________________</w:t>
            </w:r>
          </w:p>
        </w:tc>
        <w:tc>
          <w:tcPr>
            <w:tcW w:w="7126" w:type="dxa"/>
            <w:vAlign w:val="center"/>
          </w:tcPr>
          <w:p w14:paraId="56213CD0" w14:textId="77777777" w:rsidR="00D36051" w:rsidRPr="00BA224B" w:rsidRDefault="006042E9">
            <w:pPr>
              <w:spacing w:after="0"/>
              <w:jc w:val="center"/>
              <w:rPr>
                <w:sz w:val="22"/>
              </w:rPr>
            </w:pPr>
            <w:r w:rsidRPr="00BA224B">
              <w:rPr>
                <w:sz w:val="22"/>
              </w:rPr>
              <w:t>________________________________________</w:t>
            </w:r>
          </w:p>
        </w:tc>
      </w:tr>
      <w:tr w:rsidR="00D36051" w:rsidRPr="00BA224B" w14:paraId="48DE7B50" w14:textId="77777777">
        <w:trPr>
          <w:jc w:val="center"/>
        </w:trPr>
        <w:tc>
          <w:tcPr>
            <w:tcW w:w="7126" w:type="dxa"/>
            <w:vAlign w:val="center"/>
          </w:tcPr>
          <w:p w14:paraId="7127E37B" w14:textId="77777777" w:rsidR="00D36051" w:rsidRPr="00BA224B" w:rsidRDefault="006042E9">
            <w:pPr>
              <w:spacing w:after="0"/>
              <w:jc w:val="center"/>
              <w:rPr>
                <w:sz w:val="22"/>
              </w:rPr>
            </w:pPr>
            <w:r w:rsidRPr="00BA224B">
              <w:rPr>
                <w:b/>
                <w:sz w:val="22"/>
              </w:rPr>
              <w:t>Firma del oferente / representante legal</w:t>
            </w:r>
          </w:p>
        </w:tc>
        <w:tc>
          <w:tcPr>
            <w:tcW w:w="7126" w:type="dxa"/>
            <w:vAlign w:val="center"/>
          </w:tcPr>
          <w:p w14:paraId="224EECC8" w14:textId="77777777" w:rsidR="00D36051" w:rsidRPr="00BA224B" w:rsidRDefault="006042E9">
            <w:pPr>
              <w:spacing w:after="0"/>
              <w:jc w:val="center"/>
              <w:rPr>
                <w:sz w:val="22"/>
              </w:rPr>
            </w:pPr>
            <w:r w:rsidRPr="00BA224B">
              <w:rPr>
                <w:b/>
                <w:sz w:val="22"/>
              </w:rPr>
              <w:t>Nombre</w:t>
            </w:r>
          </w:p>
        </w:tc>
      </w:tr>
      <w:tr w:rsidR="00D36051" w:rsidRPr="00BA224B" w14:paraId="3C36082C" w14:textId="77777777">
        <w:trPr>
          <w:jc w:val="center"/>
        </w:trPr>
        <w:tc>
          <w:tcPr>
            <w:tcW w:w="7126" w:type="dxa"/>
            <w:vAlign w:val="center"/>
          </w:tcPr>
          <w:p w14:paraId="1A2D90EB" w14:textId="77777777" w:rsidR="00D36051" w:rsidRPr="00BA224B" w:rsidRDefault="006042E9">
            <w:pPr>
              <w:spacing w:after="0"/>
              <w:jc w:val="center"/>
              <w:rPr>
                <w:sz w:val="22"/>
              </w:rPr>
            </w:pPr>
            <w:r w:rsidRPr="00BA224B">
              <w:rPr>
                <w:sz w:val="22"/>
              </w:rPr>
              <w:t>C.C. No. _______________________________</w:t>
            </w:r>
          </w:p>
        </w:tc>
        <w:tc>
          <w:tcPr>
            <w:tcW w:w="7126" w:type="dxa"/>
            <w:vAlign w:val="center"/>
          </w:tcPr>
          <w:p w14:paraId="611D4D94" w14:textId="77777777" w:rsidR="00D36051" w:rsidRPr="00BA224B" w:rsidRDefault="006042E9">
            <w:pPr>
              <w:spacing w:after="0"/>
              <w:jc w:val="center"/>
              <w:rPr>
                <w:sz w:val="22"/>
              </w:rPr>
            </w:pPr>
            <w:r w:rsidRPr="00BA224B">
              <w:rPr>
                <w:sz w:val="22"/>
              </w:rPr>
              <w:t>Cargo: _________________________________</w:t>
            </w:r>
          </w:p>
        </w:tc>
      </w:tr>
      <w:tr w:rsidR="00D36051" w:rsidRPr="00BA224B" w14:paraId="4490FB42" w14:textId="77777777">
        <w:trPr>
          <w:jc w:val="center"/>
        </w:trPr>
        <w:tc>
          <w:tcPr>
            <w:tcW w:w="7126" w:type="dxa"/>
            <w:vAlign w:val="center"/>
          </w:tcPr>
          <w:p w14:paraId="7FE45EEA" w14:textId="77777777" w:rsidR="00D36051" w:rsidRPr="00BA224B" w:rsidRDefault="006042E9">
            <w:pPr>
              <w:spacing w:after="0"/>
              <w:jc w:val="center"/>
              <w:rPr>
                <w:sz w:val="22"/>
              </w:rPr>
            </w:pPr>
            <w:r w:rsidRPr="00BA224B">
              <w:rPr>
                <w:sz w:val="22"/>
              </w:rPr>
              <w:t>Fecha: _________________________________</w:t>
            </w:r>
          </w:p>
        </w:tc>
        <w:tc>
          <w:tcPr>
            <w:tcW w:w="7126" w:type="dxa"/>
            <w:vAlign w:val="center"/>
          </w:tcPr>
          <w:p w14:paraId="771A3C87" w14:textId="77777777" w:rsidR="00D36051" w:rsidRPr="00BA224B" w:rsidRDefault="00D36051">
            <w:pPr>
              <w:spacing w:after="0"/>
              <w:jc w:val="center"/>
              <w:rPr>
                <w:sz w:val="22"/>
              </w:rPr>
            </w:pPr>
          </w:p>
        </w:tc>
      </w:tr>
    </w:tbl>
    <w:p w14:paraId="0903E254" w14:textId="77777777" w:rsidR="00D36051" w:rsidRPr="00BA224B" w:rsidRDefault="00D36051">
      <w:pPr>
        <w:rPr>
          <w:sz w:val="22"/>
        </w:rPr>
      </w:pPr>
    </w:p>
    <w:p w14:paraId="750E71B3" w14:textId="77777777" w:rsidR="00D36051" w:rsidRPr="00BA224B" w:rsidRDefault="006042E9">
      <w:pPr>
        <w:rPr>
          <w:sz w:val="22"/>
        </w:rPr>
      </w:pPr>
      <w:r w:rsidRPr="00BA224B">
        <w:rPr>
          <w:i/>
          <w:sz w:val="22"/>
        </w:rPr>
        <w:t>Nota para evaluación: El diligenciamiento de este formato no reemplaza los documentos soporte exigidos. La Corporación verificará la experiencia con base en la documentación aportada y podrá no contabilizar aquella que no sea clara, verificable o directamente relacionada con los requisitos de la convocatoria.</w:t>
      </w:r>
    </w:p>
    <w:sectPr w:rsidR="00D36051" w:rsidRPr="00BA224B" w:rsidSect="00BA224B">
      <w:pgSz w:w="15840" w:h="12240" w:orient="landscape"/>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314F67DF"/>
    <w:multiLevelType w:val="hybridMultilevel"/>
    <w:tmpl w:val="002C14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557816356">
    <w:abstractNumId w:val="8"/>
  </w:num>
  <w:num w:numId="2" w16cid:durableId="870730760">
    <w:abstractNumId w:val="6"/>
  </w:num>
  <w:num w:numId="3" w16cid:durableId="1488476660">
    <w:abstractNumId w:val="5"/>
  </w:num>
  <w:num w:numId="4" w16cid:durableId="2084179502">
    <w:abstractNumId w:val="4"/>
  </w:num>
  <w:num w:numId="5" w16cid:durableId="1467549756">
    <w:abstractNumId w:val="7"/>
  </w:num>
  <w:num w:numId="6" w16cid:durableId="907308608">
    <w:abstractNumId w:val="3"/>
  </w:num>
  <w:num w:numId="7" w16cid:durableId="733427568">
    <w:abstractNumId w:val="2"/>
  </w:num>
  <w:num w:numId="8" w16cid:durableId="1556315674">
    <w:abstractNumId w:val="1"/>
  </w:num>
  <w:num w:numId="9" w16cid:durableId="1514765354">
    <w:abstractNumId w:val="0"/>
  </w:num>
  <w:num w:numId="10" w16cid:durableId="2815022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1EEB"/>
    <w:rsid w:val="008A4842"/>
    <w:rsid w:val="00AA1D8D"/>
    <w:rsid w:val="00B47730"/>
    <w:rsid w:val="00BA224B"/>
    <w:rsid w:val="00CB0664"/>
    <w:rsid w:val="00D36051"/>
    <w:rsid w:val="00DE7A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E55FD6"/>
  <w14:defaultImageDpi w14:val="300"/>
  <w15:docId w15:val="{E909F928-95C6-4909-985C-9F0FBEAB9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Arial" w:hAnsi="Arial"/>
      <w:sz w:val="19"/>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2317D1D12A0F2418BBF7F9D08A30A96" ma:contentTypeVersion="19" ma:contentTypeDescription="Crear nuevo documento." ma:contentTypeScope="" ma:versionID="dc3998566d5eab218e0c9095dff210ef">
  <xsd:schema xmlns:xsd="http://www.w3.org/2001/XMLSchema" xmlns:xs="http://www.w3.org/2001/XMLSchema" xmlns:p="http://schemas.microsoft.com/office/2006/metadata/properties" xmlns:ns2="7b97058e-7a62-46ab-9304-a3c1bef553dd" xmlns:ns3="20c19af0-f2aa-4415-85b1-f9d8ede9ddb3" targetNamespace="http://schemas.microsoft.com/office/2006/metadata/properties" ma:root="true" ma:fieldsID="f922e5c8896901904c48421d6a93f58e" ns2:_="" ns3:_="">
    <xsd:import namespace="7b97058e-7a62-46ab-9304-a3c1bef553dd"/>
    <xsd:import namespace="20c19af0-f2aa-4415-85b1-f9d8ede9ddb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97058e-7a62-46ab-9304-a3c1bef5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a6e673bc-ead0-4194-916e-3e42e1e1ae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c19af0-f2aa-4415-85b1-f9d8ede9ddb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ff897866-8ffd-4205-a091-389a5835fc6e}" ma:internalName="TaxCatchAll" ma:showField="CatchAllData" ma:web="20c19af0-f2aa-4415-85b1-f9d8ede9dd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97058e-7a62-46ab-9304-a3c1bef553dd">
      <Terms xmlns="http://schemas.microsoft.com/office/infopath/2007/PartnerControls"/>
    </lcf76f155ced4ddcb4097134ff3c332f>
    <TaxCatchAll xmlns="20c19af0-f2aa-4415-85b1-f9d8ede9ddb3" xsi:nil="true"/>
  </documentManagement>
</p:properties>
</file>

<file path=customXml/itemProps1.xml><?xml version="1.0" encoding="utf-8"?>
<ds:datastoreItem xmlns:ds="http://schemas.openxmlformats.org/officeDocument/2006/customXml" ds:itemID="{B912D724-9569-4E02-898A-4DECF5205777}">
  <ds:schemaRefs>
    <ds:schemaRef ds:uri="http://schemas.microsoft.com/sharepoint/v3/contenttype/forms"/>
  </ds:schemaRefs>
</ds:datastoreItem>
</file>

<file path=customXml/itemProps2.xml><?xml version="1.0" encoding="utf-8"?>
<ds:datastoreItem xmlns:ds="http://schemas.openxmlformats.org/officeDocument/2006/customXml" ds:itemID="{ABE14B01-CF8C-48FC-8C25-03AA52B17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97058e-7a62-46ab-9304-a3c1bef553dd"/>
    <ds:schemaRef ds:uri="20c19af0-f2aa-4415-85b1-f9d8ede9dd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822E1048-6D6E-4091-BA77-A93239C9309A}">
  <ds:schemaRefs>
    <ds:schemaRef ds:uri="http://schemas.microsoft.com/office/2006/metadata/properties"/>
    <ds:schemaRef ds:uri="http://schemas.microsoft.com/office/infopath/2007/PartnerControls"/>
    <ds:schemaRef ds:uri="7b97058e-7a62-46ab-9304-a3c1bef553dd"/>
    <ds:schemaRef ds:uri="20c19af0-f2aa-4415-85b1-f9d8ede9ddb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826</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PAULINA ORTEGA ALVAREZ</cp:lastModifiedBy>
  <cp:revision>2</cp:revision>
  <dcterms:created xsi:type="dcterms:W3CDTF">2026-09-22T16:08:00Z</dcterms:created>
  <dcterms:modified xsi:type="dcterms:W3CDTF">2026-09-22T16:08:00Z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0x010100E2317D1D12A0F2418BBF7F9D08A30A96</vt:lpwstr>
  </property>
</Properties>
</file>