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4808E" w14:textId="77777777" w:rsidR="00646C38" w:rsidRPr="00646C38" w:rsidRDefault="00646C38">
      <w:pPr>
        <w:spacing w:after="40" w:line="240" w:lineRule="auto"/>
        <w:jc w:val="center"/>
        <w:rPr>
          <w:b/>
          <w:sz w:val="22"/>
        </w:rPr>
      </w:pPr>
    </w:p>
    <w:p w14:paraId="6D5E1C82" w14:textId="77777777" w:rsidR="00646C38" w:rsidRPr="00646C38" w:rsidRDefault="00646C38">
      <w:pPr>
        <w:spacing w:after="40" w:line="240" w:lineRule="auto"/>
        <w:jc w:val="center"/>
        <w:rPr>
          <w:b/>
          <w:sz w:val="22"/>
        </w:rPr>
      </w:pPr>
    </w:p>
    <w:p w14:paraId="031B56F9" w14:textId="77777777" w:rsidR="00646C38" w:rsidRPr="00646C38" w:rsidRDefault="000E7E04">
      <w:pPr>
        <w:spacing w:after="40" w:line="240" w:lineRule="auto"/>
        <w:jc w:val="center"/>
        <w:rPr>
          <w:b/>
          <w:sz w:val="22"/>
        </w:rPr>
      </w:pPr>
      <w:r w:rsidRPr="00646C38">
        <w:rPr>
          <w:b/>
          <w:sz w:val="22"/>
        </w:rPr>
        <w:t>ANEXO No. 3</w:t>
      </w:r>
    </w:p>
    <w:p w14:paraId="33858B32" w14:textId="77777777" w:rsidR="00646C38" w:rsidRPr="00646C38" w:rsidRDefault="00646C38">
      <w:pPr>
        <w:spacing w:after="40" w:line="240" w:lineRule="auto"/>
        <w:jc w:val="center"/>
        <w:rPr>
          <w:b/>
          <w:sz w:val="22"/>
        </w:rPr>
      </w:pPr>
    </w:p>
    <w:p w14:paraId="1656D100" w14:textId="4AE44DB2" w:rsidR="00213452" w:rsidRPr="00646C38" w:rsidRDefault="000E7E04">
      <w:pPr>
        <w:spacing w:after="40" w:line="240" w:lineRule="auto"/>
        <w:jc w:val="center"/>
        <w:rPr>
          <w:b/>
          <w:sz w:val="22"/>
        </w:rPr>
      </w:pPr>
      <w:r w:rsidRPr="00646C38">
        <w:rPr>
          <w:b/>
          <w:sz w:val="22"/>
        </w:rPr>
        <w:br/>
        <w:t>CERTIFICACIÓN DE INDICADORES FINANCIEROS</w:t>
      </w:r>
    </w:p>
    <w:p w14:paraId="3561E566" w14:textId="77777777" w:rsidR="00646C38" w:rsidRPr="00646C38" w:rsidRDefault="00646C38">
      <w:pPr>
        <w:spacing w:after="40" w:line="240" w:lineRule="auto"/>
        <w:jc w:val="center"/>
        <w:rPr>
          <w:sz w:val="22"/>
        </w:rPr>
      </w:pPr>
    </w:p>
    <w:p w14:paraId="1B9C9996" w14:textId="77777777" w:rsidR="00213452" w:rsidRPr="00646C38" w:rsidRDefault="000E7E04" w:rsidP="00646C38">
      <w:pPr>
        <w:spacing w:after="40" w:line="240" w:lineRule="auto"/>
        <w:jc w:val="both"/>
        <w:rPr>
          <w:sz w:val="22"/>
        </w:rPr>
      </w:pPr>
      <w:r w:rsidRPr="00646C38">
        <w:rPr>
          <w:sz w:val="22"/>
        </w:rPr>
        <w:t>Objeto: Contratar la ejecución de actividades de establecimiento y mantenimiento de acciones de restauración forestal, así como actividades de cercado y amojonamiento para la protección y señalización de predios ubicados en las cuencas abastecedoras internas del Distrito Especial de Ciencia, Tecnología e Innovación de Medellín, incluyendo el suministro de insumos, materiales, herramientas, mano de obra, transporte y demás recursos requeridos para su adecuada ejecución, en el marco del Contrato</w:t>
      </w:r>
      <w:r w:rsidRPr="00646C38">
        <w:rPr>
          <w:sz w:val="22"/>
        </w:rPr>
        <w:t xml:space="preserve"> 4600108265 de 2026.</w:t>
      </w:r>
    </w:p>
    <w:p w14:paraId="2DC5B9D4" w14:textId="77777777" w:rsidR="00646C38" w:rsidRPr="00646C38" w:rsidRDefault="00646C38" w:rsidP="00646C38">
      <w:pPr>
        <w:spacing w:after="40" w:line="240" w:lineRule="auto"/>
        <w:jc w:val="both"/>
        <w:rPr>
          <w:sz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228"/>
        <w:gridCol w:w="5600"/>
      </w:tblGrid>
      <w:tr w:rsidR="00213452" w:rsidRPr="00646C38" w14:paraId="0ABCDB55" w14:textId="77777777">
        <w:trPr>
          <w:jc w:val="center"/>
        </w:trPr>
        <w:tc>
          <w:tcPr>
            <w:tcW w:w="4873" w:type="dxa"/>
            <w:vAlign w:val="center"/>
          </w:tcPr>
          <w:p w14:paraId="61BCC5E3" w14:textId="77777777" w:rsidR="00213452" w:rsidRPr="00646C38" w:rsidRDefault="000E7E04">
            <w:pPr>
              <w:rPr>
                <w:sz w:val="22"/>
              </w:rPr>
            </w:pPr>
            <w:r w:rsidRPr="00646C38">
              <w:rPr>
                <w:b/>
                <w:sz w:val="22"/>
              </w:rPr>
              <w:t>Razón social / Nombre del oferente</w:t>
            </w:r>
          </w:p>
        </w:tc>
        <w:tc>
          <w:tcPr>
            <w:tcW w:w="4873" w:type="dxa"/>
            <w:vAlign w:val="center"/>
          </w:tcPr>
          <w:p w14:paraId="220090B9" w14:textId="77777777" w:rsidR="00213452" w:rsidRPr="00646C38" w:rsidRDefault="000E7E04">
            <w:pPr>
              <w:rPr>
                <w:sz w:val="22"/>
              </w:rPr>
            </w:pPr>
            <w:r w:rsidRPr="00646C38">
              <w:rPr>
                <w:sz w:val="22"/>
              </w:rPr>
              <w:t>____________________________________________</w:t>
            </w:r>
          </w:p>
        </w:tc>
      </w:tr>
      <w:tr w:rsidR="00213452" w:rsidRPr="00646C38" w14:paraId="7C6EC5F2" w14:textId="77777777">
        <w:trPr>
          <w:jc w:val="center"/>
        </w:trPr>
        <w:tc>
          <w:tcPr>
            <w:tcW w:w="4873" w:type="dxa"/>
            <w:vAlign w:val="center"/>
          </w:tcPr>
          <w:p w14:paraId="0A37025B" w14:textId="77777777" w:rsidR="00213452" w:rsidRPr="00646C38" w:rsidRDefault="000E7E04">
            <w:pPr>
              <w:rPr>
                <w:sz w:val="22"/>
              </w:rPr>
            </w:pPr>
            <w:r w:rsidRPr="00646C38">
              <w:rPr>
                <w:b/>
                <w:sz w:val="22"/>
              </w:rPr>
              <w:t>NIT / C.C.</w:t>
            </w:r>
          </w:p>
        </w:tc>
        <w:tc>
          <w:tcPr>
            <w:tcW w:w="4873" w:type="dxa"/>
            <w:vAlign w:val="center"/>
          </w:tcPr>
          <w:p w14:paraId="7B62128E" w14:textId="77777777" w:rsidR="00213452" w:rsidRPr="00646C38" w:rsidRDefault="000E7E04">
            <w:pPr>
              <w:rPr>
                <w:sz w:val="22"/>
              </w:rPr>
            </w:pPr>
            <w:r w:rsidRPr="00646C38">
              <w:rPr>
                <w:sz w:val="22"/>
              </w:rPr>
              <w:t>____________________________________________</w:t>
            </w:r>
          </w:p>
        </w:tc>
      </w:tr>
      <w:tr w:rsidR="00213452" w:rsidRPr="00646C38" w14:paraId="1EEAEE46" w14:textId="77777777">
        <w:trPr>
          <w:jc w:val="center"/>
        </w:trPr>
        <w:tc>
          <w:tcPr>
            <w:tcW w:w="4873" w:type="dxa"/>
            <w:vAlign w:val="center"/>
          </w:tcPr>
          <w:p w14:paraId="40ACD890" w14:textId="77777777" w:rsidR="00213452" w:rsidRPr="00646C38" w:rsidRDefault="000E7E04">
            <w:pPr>
              <w:rPr>
                <w:sz w:val="22"/>
              </w:rPr>
            </w:pPr>
            <w:r w:rsidRPr="00646C38">
              <w:rPr>
                <w:b/>
                <w:sz w:val="22"/>
              </w:rPr>
              <w:t>Nombre del representante legal</w:t>
            </w:r>
          </w:p>
        </w:tc>
        <w:tc>
          <w:tcPr>
            <w:tcW w:w="4873" w:type="dxa"/>
            <w:vAlign w:val="center"/>
          </w:tcPr>
          <w:p w14:paraId="41FCEBB2" w14:textId="77777777" w:rsidR="00213452" w:rsidRPr="00646C38" w:rsidRDefault="000E7E04">
            <w:pPr>
              <w:rPr>
                <w:sz w:val="22"/>
              </w:rPr>
            </w:pPr>
            <w:r w:rsidRPr="00646C38">
              <w:rPr>
                <w:sz w:val="22"/>
              </w:rPr>
              <w:t>____________________________________________</w:t>
            </w:r>
          </w:p>
        </w:tc>
      </w:tr>
      <w:tr w:rsidR="00213452" w:rsidRPr="00646C38" w14:paraId="2B4426D8" w14:textId="77777777">
        <w:trPr>
          <w:jc w:val="center"/>
        </w:trPr>
        <w:tc>
          <w:tcPr>
            <w:tcW w:w="4873" w:type="dxa"/>
            <w:vAlign w:val="center"/>
          </w:tcPr>
          <w:p w14:paraId="35C3A868" w14:textId="77777777" w:rsidR="00213452" w:rsidRPr="00646C38" w:rsidRDefault="000E7E04">
            <w:pPr>
              <w:rPr>
                <w:sz w:val="22"/>
              </w:rPr>
            </w:pPr>
            <w:r w:rsidRPr="00646C38">
              <w:rPr>
                <w:b/>
                <w:sz w:val="22"/>
              </w:rPr>
              <w:t>Fecha de certificación</w:t>
            </w:r>
          </w:p>
        </w:tc>
        <w:tc>
          <w:tcPr>
            <w:tcW w:w="4873" w:type="dxa"/>
            <w:vAlign w:val="center"/>
          </w:tcPr>
          <w:p w14:paraId="2E20615E" w14:textId="77777777" w:rsidR="00213452" w:rsidRPr="00646C38" w:rsidRDefault="000E7E04">
            <w:pPr>
              <w:rPr>
                <w:sz w:val="22"/>
              </w:rPr>
            </w:pPr>
            <w:r w:rsidRPr="00646C38">
              <w:rPr>
                <w:sz w:val="22"/>
              </w:rPr>
              <w:t>____________________________________________</w:t>
            </w:r>
          </w:p>
        </w:tc>
      </w:tr>
    </w:tbl>
    <w:p w14:paraId="7093022F" w14:textId="77777777" w:rsidR="00213452" w:rsidRPr="00646C38" w:rsidRDefault="00213452">
      <w:pPr>
        <w:spacing w:after="0" w:line="240" w:lineRule="auto"/>
        <w:rPr>
          <w:sz w:val="22"/>
        </w:rPr>
      </w:pPr>
    </w:p>
    <w:p w14:paraId="08C1A038" w14:textId="77777777" w:rsidR="00646C38" w:rsidRPr="00646C38" w:rsidRDefault="00646C38">
      <w:pPr>
        <w:spacing w:after="0" w:line="240" w:lineRule="auto"/>
        <w:rPr>
          <w:sz w:val="22"/>
        </w:rPr>
      </w:pPr>
    </w:p>
    <w:p w14:paraId="52C7BD7C" w14:textId="77777777" w:rsidR="00213452" w:rsidRPr="00646C38" w:rsidRDefault="000E7E04">
      <w:pPr>
        <w:spacing w:after="40" w:line="240" w:lineRule="auto"/>
        <w:jc w:val="center"/>
        <w:rPr>
          <w:sz w:val="22"/>
        </w:rPr>
      </w:pPr>
      <w:r w:rsidRPr="00646C38">
        <w:rPr>
          <w:b/>
          <w:sz w:val="22"/>
        </w:rPr>
        <w:t>CERTIFICACIÓN</w:t>
      </w:r>
    </w:p>
    <w:p w14:paraId="47D63468" w14:textId="77777777" w:rsidR="00646C38" w:rsidRPr="00646C38" w:rsidRDefault="00646C38">
      <w:pPr>
        <w:spacing w:after="40" w:line="240" w:lineRule="auto"/>
        <w:rPr>
          <w:sz w:val="22"/>
        </w:rPr>
      </w:pPr>
    </w:p>
    <w:p w14:paraId="53BD13FD" w14:textId="072C416A" w:rsidR="00213452" w:rsidRPr="00646C38" w:rsidRDefault="000E7E04">
      <w:pPr>
        <w:spacing w:after="40" w:line="240" w:lineRule="auto"/>
        <w:rPr>
          <w:sz w:val="22"/>
        </w:rPr>
      </w:pPr>
      <w:r w:rsidRPr="00646C38">
        <w:rPr>
          <w:sz w:val="22"/>
        </w:rPr>
        <w:t>El(la) suscrito</w:t>
      </w:r>
      <w:r w:rsidRPr="00646C38">
        <w:rPr>
          <w:sz w:val="22"/>
        </w:rPr>
        <w:t>(a) Contador(a) Público(a) y/o Revisor(a) Fiscal del oferente identificado anteriormente certifica que, con base en los estados financieros con corte al treinta y uno (31) de diciembre de 2025 y sus respectivas notas, las cifras utilizadas para el cálculo de los indicadores financieros de la presente convocatoria son las que se relacionan a continuación:</w:t>
      </w:r>
    </w:p>
    <w:p w14:paraId="05E47CA9" w14:textId="77777777" w:rsidR="00646C38" w:rsidRPr="00646C38" w:rsidRDefault="00646C38">
      <w:pPr>
        <w:spacing w:after="40" w:line="240" w:lineRule="auto"/>
        <w:rPr>
          <w:sz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10"/>
        <w:gridCol w:w="3209"/>
        <w:gridCol w:w="3209"/>
      </w:tblGrid>
      <w:tr w:rsidR="00213452" w:rsidRPr="00646C38" w14:paraId="6F8564D5" w14:textId="77777777">
        <w:trPr>
          <w:jc w:val="center"/>
        </w:trPr>
        <w:tc>
          <w:tcPr>
            <w:tcW w:w="3249" w:type="dxa"/>
            <w:shd w:val="clear" w:color="auto" w:fill="D9EAF7"/>
            <w:vAlign w:val="center"/>
          </w:tcPr>
          <w:p w14:paraId="17B4B7DD" w14:textId="77777777" w:rsidR="00213452" w:rsidRPr="00646C38" w:rsidRDefault="000E7E04">
            <w:pPr>
              <w:jc w:val="center"/>
              <w:rPr>
                <w:sz w:val="22"/>
              </w:rPr>
            </w:pPr>
            <w:r w:rsidRPr="00646C38">
              <w:rPr>
                <w:b/>
                <w:sz w:val="22"/>
              </w:rPr>
              <w:t>Concepto</w:t>
            </w:r>
          </w:p>
        </w:tc>
        <w:tc>
          <w:tcPr>
            <w:tcW w:w="3249" w:type="dxa"/>
            <w:shd w:val="clear" w:color="auto" w:fill="D9EAF7"/>
            <w:vAlign w:val="center"/>
          </w:tcPr>
          <w:p w14:paraId="0AFE62CB" w14:textId="77777777" w:rsidR="00213452" w:rsidRPr="00646C38" w:rsidRDefault="000E7E04">
            <w:pPr>
              <w:jc w:val="center"/>
              <w:rPr>
                <w:sz w:val="22"/>
              </w:rPr>
            </w:pPr>
            <w:r w:rsidRPr="00646C38">
              <w:rPr>
                <w:b/>
                <w:sz w:val="22"/>
              </w:rPr>
              <w:t>Valor ($)</w:t>
            </w:r>
          </w:p>
        </w:tc>
        <w:tc>
          <w:tcPr>
            <w:tcW w:w="3249" w:type="dxa"/>
            <w:shd w:val="clear" w:color="auto" w:fill="D9EAF7"/>
            <w:vAlign w:val="center"/>
          </w:tcPr>
          <w:p w14:paraId="5C20C07D" w14:textId="77777777" w:rsidR="00213452" w:rsidRPr="00646C38" w:rsidRDefault="000E7E04">
            <w:pPr>
              <w:jc w:val="center"/>
              <w:rPr>
                <w:sz w:val="22"/>
              </w:rPr>
            </w:pPr>
            <w:r w:rsidRPr="00646C38">
              <w:rPr>
                <w:b/>
                <w:sz w:val="22"/>
              </w:rPr>
              <w:t>Fuente en estados financieros</w:t>
            </w:r>
          </w:p>
        </w:tc>
      </w:tr>
      <w:tr w:rsidR="00213452" w:rsidRPr="00646C38" w14:paraId="58BA585A" w14:textId="77777777">
        <w:trPr>
          <w:jc w:val="center"/>
        </w:trPr>
        <w:tc>
          <w:tcPr>
            <w:tcW w:w="3249" w:type="dxa"/>
            <w:vAlign w:val="center"/>
          </w:tcPr>
          <w:p w14:paraId="6B7A2F05" w14:textId="77777777" w:rsidR="00213452" w:rsidRPr="00646C38" w:rsidRDefault="000E7E04">
            <w:pPr>
              <w:rPr>
                <w:sz w:val="22"/>
              </w:rPr>
            </w:pPr>
            <w:r w:rsidRPr="00646C38">
              <w:rPr>
                <w:sz w:val="22"/>
              </w:rPr>
              <w:t>Activo Corriente (AC)</w:t>
            </w:r>
          </w:p>
        </w:tc>
        <w:tc>
          <w:tcPr>
            <w:tcW w:w="3249" w:type="dxa"/>
            <w:vAlign w:val="center"/>
          </w:tcPr>
          <w:p w14:paraId="496AC588" w14:textId="77777777" w:rsidR="00213452" w:rsidRPr="00646C38" w:rsidRDefault="000E7E04">
            <w:pPr>
              <w:jc w:val="center"/>
              <w:rPr>
                <w:sz w:val="22"/>
              </w:rPr>
            </w:pPr>
            <w:r w:rsidRPr="00646C38">
              <w:rPr>
                <w:sz w:val="22"/>
              </w:rPr>
              <w:t>________________________</w:t>
            </w:r>
          </w:p>
        </w:tc>
        <w:tc>
          <w:tcPr>
            <w:tcW w:w="3249" w:type="dxa"/>
            <w:vAlign w:val="center"/>
          </w:tcPr>
          <w:p w14:paraId="2028CFD8" w14:textId="77777777" w:rsidR="00213452" w:rsidRPr="00646C38" w:rsidRDefault="000E7E04">
            <w:pPr>
              <w:jc w:val="center"/>
              <w:rPr>
                <w:sz w:val="22"/>
              </w:rPr>
            </w:pPr>
            <w:r w:rsidRPr="00646C38">
              <w:rPr>
                <w:sz w:val="22"/>
              </w:rPr>
              <w:t>________________________</w:t>
            </w:r>
          </w:p>
        </w:tc>
      </w:tr>
      <w:tr w:rsidR="00213452" w:rsidRPr="00646C38" w14:paraId="7E1DDAD6" w14:textId="77777777">
        <w:trPr>
          <w:jc w:val="center"/>
        </w:trPr>
        <w:tc>
          <w:tcPr>
            <w:tcW w:w="3249" w:type="dxa"/>
            <w:vAlign w:val="center"/>
          </w:tcPr>
          <w:p w14:paraId="7FDC4816" w14:textId="77777777" w:rsidR="00213452" w:rsidRPr="00646C38" w:rsidRDefault="000E7E04">
            <w:pPr>
              <w:rPr>
                <w:sz w:val="22"/>
              </w:rPr>
            </w:pPr>
            <w:r w:rsidRPr="00646C38">
              <w:rPr>
                <w:sz w:val="22"/>
              </w:rPr>
              <w:t>Pasivo Corriente (PC)</w:t>
            </w:r>
          </w:p>
        </w:tc>
        <w:tc>
          <w:tcPr>
            <w:tcW w:w="3249" w:type="dxa"/>
            <w:vAlign w:val="center"/>
          </w:tcPr>
          <w:p w14:paraId="40C67A90" w14:textId="77777777" w:rsidR="00213452" w:rsidRPr="00646C38" w:rsidRDefault="000E7E04">
            <w:pPr>
              <w:jc w:val="center"/>
              <w:rPr>
                <w:sz w:val="22"/>
              </w:rPr>
            </w:pPr>
            <w:r w:rsidRPr="00646C38">
              <w:rPr>
                <w:sz w:val="22"/>
              </w:rPr>
              <w:t>________________________</w:t>
            </w:r>
          </w:p>
        </w:tc>
        <w:tc>
          <w:tcPr>
            <w:tcW w:w="3249" w:type="dxa"/>
            <w:vAlign w:val="center"/>
          </w:tcPr>
          <w:p w14:paraId="1958C8D9" w14:textId="77777777" w:rsidR="00213452" w:rsidRPr="00646C38" w:rsidRDefault="000E7E04">
            <w:pPr>
              <w:jc w:val="center"/>
              <w:rPr>
                <w:sz w:val="22"/>
              </w:rPr>
            </w:pPr>
            <w:r w:rsidRPr="00646C38">
              <w:rPr>
                <w:sz w:val="22"/>
              </w:rPr>
              <w:t>________________________</w:t>
            </w:r>
          </w:p>
        </w:tc>
      </w:tr>
      <w:tr w:rsidR="00213452" w:rsidRPr="00646C38" w14:paraId="3FC13826" w14:textId="77777777">
        <w:trPr>
          <w:jc w:val="center"/>
        </w:trPr>
        <w:tc>
          <w:tcPr>
            <w:tcW w:w="3249" w:type="dxa"/>
            <w:vAlign w:val="center"/>
          </w:tcPr>
          <w:p w14:paraId="5A6131D0" w14:textId="77777777" w:rsidR="00213452" w:rsidRPr="00646C38" w:rsidRDefault="000E7E04">
            <w:pPr>
              <w:rPr>
                <w:sz w:val="22"/>
              </w:rPr>
            </w:pPr>
            <w:r w:rsidRPr="00646C38">
              <w:rPr>
                <w:sz w:val="22"/>
              </w:rPr>
              <w:t>Activo Total (AT)</w:t>
            </w:r>
          </w:p>
        </w:tc>
        <w:tc>
          <w:tcPr>
            <w:tcW w:w="3249" w:type="dxa"/>
            <w:vAlign w:val="center"/>
          </w:tcPr>
          <w:p w14:paraId="5DC0CBF5" w14:textId="77777777" w:rsidR="00213452" w:rsidRPr="00646C38" w:rsidRDefault="000E7E04">
            <w:pPr>
              <w:jc w:val="center"/>
              <w:rPr>
                <w:sz w:val="22"/>
              </w:rPr>
            </w:pPr>
            <w:r w:rsidRPr="00646C38">
              <w:rPr>
                <w:sz w:val="22"/>
              </w:rPr>
              <w:t>________________________</w:t>
            </w:r>
          </w:p>
        </w:tc>
        <w:tc>
          <w:tcPr>
            <w:tcW w:w="3249" w:type="dxa"/>
            <w:vAlign w:val="center"/>
          </w:tcPr>
          <w:p w14:paraId="485D5636" w14:textId="77777777" w:rsidR="00213452" w:rsidRPr="00646C38" w:rsidRDefault="000E7E04">
            <w:pPr>
              <w:jc w:val="center"/>
              <w:rPr>
                <w:sz w:val="22"/>
              </w:rPr>
            </w:pPr>
            <w:r w:rsidRPr="00646C38">
              <w:rPr>
                <w:sz w:val="22"/>
              </w:rPr>
              <w:t>________________________</w:t>
            </w:r>
          </w:p>
        </w:tc>
      </w:tr>
      <w:tr w:rsidR="00213452" w:rsidRPr="00646C38" w14:paraId="092896E5" w14:textId="77777777">
        <w:trPr>
          <w:jc w:val="center"/>
        </w:trPr>
        <w:tc>
          <w:tcPr>
            <w:tcW w:w="3249" w:type="dxa"/>
            <w:vAlign w:val="center"/>
          </w:tcPr>
          <w:p w14:paraId="7293DE2C" w14:textId="77777777" w:rsidR="00213452" w:rsidRPr="00646C38" w:rsidRDefault="000E7E04">
            <w:pPr>
              <w:rPr>
                <w:sz w:val="22"/>
              </w:rPr>
            </w:pPr>
            <w:r w:rsidRPr="00646C38">
              <w:rPr>
                <w:sz w:val="22"/>
              </w:rPr>
              <w:t>Pasivo Total (PT)</w:t>
            </w:r>
          </w:p>
        </w:tc>
        <w:tc>
          <w:tcPr>
            <w:tcW w:w="3249" w:type="dxa"/>
            <w:vAlign w:val="center"/>
          </w:tcPr>
          <w:p w14:paraId="2DBF2C0E" w14:textId="77777777" w:rsidR="00213452" w:rsidRPr="00646C38" w:rsidRDefault="000E7E04">
            <w:pPr>
              <w:jc w:val="center"/>
              <w:rPr>
                <w:sz w:val="22"/>
              </w:rPr>
            </w:pPr>
            <w:r w:rsidRPr="00646C38">
              <w:rPr>
                <w:sz w:val="22"/>
              </w:rPr>
              <w:t>________________________</w:t>
            </w:r>
          </w:p>
        </w:tc>
        <w:tc>
          <w:tcPr>
            <w:tcW w:w="3249" w:type="dxa"/>
            <w:vAlign w:val="center"/>
          </w:tcPr>
          <w:p w14:paraId="1A09E87C" w14:textId="77777777" w:rsidR="00213452" w:rsidRPr="00646C38" w:rsidRDefault="000E7E04">
            <w:pPr>
              <w:jc w:val="center"/>
              <w:rPr>
                <w:sz w:val="22"/>
              </w:rPr>
            </w:pPr>
            <w:r w:rsidRPr="00646C38">
              <w:rPr>
                <w:sz w:val="22"/>
              </w:rPr>
              <w:t>________________________</w:t>
            </w:r>
          </w:p>
        </w:tc>
      </w:tr>
    </w:tbl>
    <w:p w14:paraId="75318B5B" w14:textId="77777777" w:rsidR="00213452" w:rsidRPr="00646C38" w:rsidRDefault="00213452">
      <w:pPr>
        <w:spacing w:after="0" w:line="240" w:lineRule="auto"/>
        <w:rPr>
          <w:sz w:val="22"/>
        </w:rPr>
      </w:pPr>
    </w:p>
    <w:p w14:paraId="08BC1CCB" w14:textId="77777777" w:rsidR="00213452" w:rsidRPr="00646C38" w:rsidRDefault="000E7E04">
      <w:pPr>
        <w:spacing w:after="40" w:line="240" w:lineRule="auto"/>
        <w:rPr>
          <w:sz w:val="22"/>
        </w:rPr>
      </w:pPr>
      <w:r w:rsidRPr="00646C38">
        <w:rPr>
          <w:sz w:val="22"/>
        </w:rPr>
        <w:t>Con fundamento en las anteriores cifras, se certifican los siguientes indicadores:</w:t>
      </w:r>
    </w:p>
    <w:p w14:paraId="70274E71" w14:textId="77777777" w:rsidR="00646C38" w:rsidRPr="00646C38" w:rsidRDefault="00646C38">
      <w:pPr>
        <w:spacing w:after="40" w:line="240" w:lineRule="auto"/>
        <w:rPr>
          <w:sz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883"/>
        <w:gridCol w:w="1685"/>
        <w:gridCol w:w="1868"/>
        <w:gridCol w:w="1726"/>
        <w:gridCol w:w="1666"/>
      </w:tblGrid>
      <w:tr w:rsidR="00213452" w:rsidRPr="00646C38" w14:paraId="0AB98B54" w14:textId="77777777">
        <w:trPr>
          <w:jc w:val="center"/>
        </w:trPr>
        <w:tc>
          <w:tcPr>
            <w:tcW w:w="1949" w:type="dxa"/>
            <w:shd w:val="clear" w:color="auto" w:fill="D9EAF7"/>
            <w:vAlign w:val="center"/>
          </w:tcPr>
          <w:p w14:paraId="33A95F9A" w14:textId="77777777" w:rsidR="00213452" w:rsidRPr="00646C38" w:rsidRDefault="000E7E04">
            <w:pPr>
              <w:jc w:val="center"/>
              <w:rPr>
                <w:sz w:val="22"/>
              </w:rPr>
            </w:pPr>
            <w:r w:rsidRPr="00646C38">
              <w:rPr>
                <w:b/>
                <w:sz w:val="22"/>
              </w:rPr>
              <w:t>Indicador</w:t>
            </w:r>
          </w:p>
        </w:tc>
        <w:tc>
          <w:tcPr>
            <w:tcW w:w="1949" w:type="dxa"/>
            <w:shd w:val="clear" w:color="auto" w:fill="D9EAF7"/>
            <w:vAlign w:val="center"/>
          </w:tcPr>
          <w:p w14:paraId="03C57835" w14:textId="77777777" w:rsidR="00213452" w:rsidRPr="00646C38" w:rsidRDefault="000E7E04">
            <w:pPr>
              <w:jc w:val="center"/>
              <w:rPr>
                <w:sz w:val="22"/>
              </w:rPr>
            </w:pPr>
            <w:r w:rsidRPr="00646C38">
              <w:rPr>
                <w:b/>
                <w:sz w:val="22"/>
              </w:rPr>
              <w:t>Fórmula</w:t>
            </w:r>
          </w:p>
        </w:tc>
        <w:tc>
          <w:tcPr>
            <w:tcW w:w="1949" w:type="dxa"/>
            <w:shd w:val="clear" w:color="auto" w:fill="D9EAF7"/>
            <w:vAlign w:val="center"/>
          </w:tcPr>
          <w:p w14:paraId="49A133E3" w14:textId="77777777" w:rsidR="00213452" w:rsidRPr="00646C38" w:rsidRDefault="000E7E04">
            <w:pPr>
              <w:jc w:val="center"/>
              <w:rPr>
                <w:sz w:val="22"/>
              </w:rPr>
            </w:pPr>
            <w:r w:rsidRPr="00646C38">
              <w:rPr>
                <w:b/>
                <w:sz w:val="22"/>
              </w:rPr>
              <w:t>Resultado del oferente</w:t>
            </w:r>
          </w:p>
        </w:tc>
        <w:tc>
          <w:tcPr>
            <w:tcW w:w="1949" w:type="dxa"/>
            <w:shd w:val="clear" w:color="auto" w:fill="D9EAF7"/>
            <w:vAlign w:val="center"/>
          </w:tcPr>
          <w:p w14:paraId="485072DE" w14:textId="77777777" w:rsidR="00213452" w:rsidRPr="00646C38" w:rsidRDefault="000E7E04">
            <w:pPr>
              <w:jc w:val="center"/>
              <w:rPr>
                <w:sz w:val="22"/>
              </w:rPr>
            </w:pPr>
            <w:r w:rsidRPr="00646C38">
              <w:rPr>
                <w:b/>
                <w:sz w:val="22"/>
              </w:rPr>
              <w:t>Requisito mínimo</w:t>
            </w:r>
          </w:p>
        </w:tc>
        <w:tc>
          <w:tcPr>
            <w:tcW w:w="1949" w:type="dxa"/>
            <w:shd w:val="clear" w:color="auto" w:fill="D9EAF7"/>
            <w:vAlign w:val="center"/>
          </w:tcPr>
          <w:p w14:paraId="51537B99" w14:textId="77777777" w:rsidR="00213452" w:rsidRPr="00646C38" w:rsidRDefault="000E7E04">
            <w:pPr>
              <w:jc w:val="center"/>
              <w:rPr>
                <w:sz w:val="22"/>
              </w:rPr>
            </w:pPr>
            <w:r w:rsidRPr="00646C38">
              <w:rPr>
                <w:b/>
                <w:sz w:val="22"/>
              </w:rPr>
              <w:t>Cumple</w:t>
            </w:r>
          </w:p>
        </w:tc>
      </w:tr>
      <w:tr w:rsidR="00213452" w:rsidRPr="00646C38" w14:paraId="21E0C3E3" w14:textId="77777777">
        <w:trPr>
          <w:jc w:val="center"/>
        </w:trPr>
        <w:tc>
          <w:tcPr>
            <w:tcW w:w="1949" w:type="dxa"/>
            <w:vAlign w:val="center"/>
          </w:tcPr>
          <w:p w14:paraId="0B22DAD4" w14:textId="77777777" w:rsidR="00213452" w:rsidRPr="00646C38" w:rsidRDefault="000E7E04">
            <w:pPr>
              <w:rPr>
                <w:sz w:val="22"/>
              </w:rPr>
            </w:pPr>
            <w:r w:rsidRPr="00646C38">
              <w:rPr>
                <w:sz w:val="22"/>
              </w:rPr>
              <w:t>Índice de liquidez</w:t>
            </w:r>
          </w:p>
        </w:tc>
        <w:tc>
          <w:tcPr>
            <w:tcW w:w="1949" w:type="dxa"/>
            <w:vAlign w:val="center"/>
          </w:tcPr>
          <w:p w14:paraId="5331AB2A" w14:textId="77777777" w:rsidR="00213452" w:rsidRPr="00646C38" w:rsidRDefault="000E7E04">
            <w:pPr>
              <w:jc w:val="center"/>
              <w:rPr>
                <w:sz w:val="22"/>
              </w:rPr>
            </w:pPr>
            <w:r w:rsidRPr="00646C38">
              <w:rPr>
                <w:sz w:val="22"/>
              </w:rPr>
              <w:t>AC / PC</w:t>
            </w:r>
          </w:p>
        </w:tc>
        <w:tc>
          <w:tcPr>
            <w:tcW w:w="1949" w:type="dxa"/>
            <w:vAlign w:val="center"/>
          </w:tcPr>
          <w:p w14:paraId="33805448" w14:textId="77777777" w:rsidR="00213452" w:rsidRPr="00646C38" w:rsidRDefault="000E7E04">
            <w:pPr>
              <w:jc w:val="center"/>
              <w:rPr>
                <w:sz w:val="22"/>
              </w:rPr>
            </w:pPr>
            <w:r w:rsidRPr="00646C38">
              <w:rPr>
                <w:sz w:val="22"/>
              </w:rPr>
              <w:t>____________</w:t>
            </w:r>
          </w:p>
        </w:tc>
        <w:tc>
          <w:tcPr>
            <w:tcW w:w="1949" w:type="dxa"/>
            <w:vAlign w:val="center"/>
          </w:tcPr>
          <w:p w14:paraId="5D2E28D1" w14:textId="77777777" w:rsidR="00213452" w:rsidRPr="00646C38" w:rsidRDefault="000E7E04">
            <w:pPr>
              <w:jc w:val="center"/>
              <w:rPr>
                <w:sz w:val="22"/>
              </w:rPr>
            </w:pPr>
            <w:r w:rsidRPr="00646C38">
              <w:rPr>
                <w:sz w:val="22"/>
              </w:rPr>
              <w:t>≥ 1,20</w:t>
            </w:r>
          </w:p>
        </w:tc>
        <w:tc>
          <w:tcPr>
            <w:tcW w:w="1949" w:type="dxa"/>
            <w:vAlign w:val="center"/>
          </w:tcPr>
          <w:p w14:paraId="4EE0D1E3" w14:textId="77777777" w:rsidR="00213452" w:rsidRPr="00646C38" w:rsidRDefault="000E7E04">
            <w:pPr>
              <w:jc w:val="center"/>
              <w:rPr>
                <w:sz w:val="22"/>
              </w:rPr>
            </w:pPr>
            <w:r w:rsidRPr="00646C38">
              <w:rPr>
                <w:sz w:val="22"/>
              </w:rPr>
              <w:t>Sí ☐   No ☐</w:t>
            </w:r>
          </w:p>
        </w:tc>
      </w:tr>
      <w:tr w:rsidR="00213452" w:rsidRPr="00646C38" w14:paraId="3CBC5D76" w14:textId="77777777">
        <w:trPr>
          <w:jc w:val="center"/>
        </w:trPr>
        <w:tc>
          <w:tcPr>
            <w:tcW w:w="1949" w:type="dxa"/>
            <w:vAlign w:val="center"/>
          </w:tcPr>
          <w:p w14:paraId="46C7ADD0" w14:textId="77777777" w:rsidR="00213452" w:rsidRPr="00646C38" w:rsidRDefault="000E7E04">
            <w:pPr>
              <w:rPr>
                <w:sz w:val="22"/>
              </w:rPr>
            </w:pPr>
            <w:r w:rsidRPr="00646C38">
              <w:rPr>
                <w:sz w:val="22"/>
              </w:rPr>
              <w:t>Índice de endeudamiento</w:t>
            </w:r>
          </w:p>
        </w:tc>
        <w:tc>
          <w:tcPr>
            <w:tcW w:w="1949" w:type="dxa"/>
            <w:vAlign w:val="center"/>
          </w:tcPr>
          <w:p w14:paraId="7563CFF0" w14:textId="77777777" w:rsidR="00213452" w:rsidRPr="00646C38" w:rsidRDefault="000E7E04">
            <w:pPr>
              <w:jc w:val="center"/>
              <w:rPr>
                <w:sz w:val="22"/>
              </w:rPr>
            </w:pPr>
            <w:r w:rsidRPr="00646C38">
              <w:rPr>
                <w:sz w:val="22"/>
              </w:rPr>
              <w:t>PT / AT</w:t>
            </w:r>
          </w:p>
        </w:tc>
        <w:tc>
          <w:tcPr>
            <w:tcW w:w="1949" w:type="dxa"/>
            <w:vAlign w:val="center"/>
          </w:tcPr>
          <w:p w14:paraId="112D200E" w14:textId="77777777" w:rsidR="00213452" w:rsidRPr="00646C38" w:rsidRDefault="000E7E04">
            <w:pPr>
              <w:jc w:val="center"/>
              <w:rPr>
                <w:sz w:val="22"/>
              </w:rPr>
            </w:pPr>
            <w:r w:rsidRPr="00646C38">
              <w:rPr>
                <w:sz w:val="22"/>
              </w:rPr>
              <w:t>____________</w:t>
            </w:r>
          </w:p>
        </w:tc>
        <w:tc>
          <w:tcPr>
            <w:tcW w:w="1949" w:type="dxa"/>
            <w:vAlign w:val="center"/>
          </w:tcPr>
          <w:p w14:paraId="0B3361ED" w14:textId="77777777" w:rsidR="00213452" w:rsidRPr="00646C38" w:rsidRDefault="000E7E04">
            <w:pPr>
              <w:jc w:val="center"/>
              <w:rPr>
                <w:sz w:val="22"/>
              </w:rPr>
            </w:pPr>
            <w:r w:rsidRPr="00646C38">
              <w:rPr>
                <w:sz w:val="22"/>
              </w:rPr>
              <w:t>&lt; 0,80</w:t>
            </w:r>
          </w:p>
        </w:tc>
        <w:tc>
          <w:tcPr>
            <w:tcW w:w="1949" w:type="dxa"/>
            <w:vAlign w:val="center"/>
          </w:tcPr>
          <w:p w14:paraId="4D407459" w14:textId="77777777" w:rsidR="00213452" w:rsidRPr="00646C38" w:rsidRDefault="000E7E04">
            <w:pPr>
              <w:jc w:val="center"/>
              <w:rPr>
                <w:sz w:val="22"/>
              </w:rPr>
            </w:pPr>
            <w:r w:rsidRPr="00646C38">
              <w:rPr>
                <w:sz w:val="22"/>
              </w:rPr>
              <w:t>Sí ☐   No ☐</w:t>
            </w:r>
          </w:p>
        </w:tc>
      </w:tr>
      <w:tr w:rsidR="00213452" w:rsidRPr="00646C38" w14:paraId="078413D9" w14:textId="77777777">
        <w:trPr>
          <w:jc w:val="center"/>
        </w:trPr>
        <w:tc>
          <w:tcPr>
            <w:tcW w:w="1949" w:type="dxa"/>
            <w:vAlign w:val="center"/>
          </w:tcPr>
          <w:p w14:paraId="215A5D9F" w14:textId="77777777" w:rsidR="00213452" w:rsidRPr="00646C38" w:rsidRDefault="000E7E04">
            <w:pPr>
              <w:rPr>
                <w:sz w:val="22"/>
              </w:rPr>
            </w:pPr>
            <w:r w:rsidRPr="00646C38">
              <w:rPr>
                <w:sz w:val="22"/>
              </w:rPr>
              <w:t>Capital de trabajo</w:t>
            </w:r>
          </w:p>
        </w:tc>
        <w:tc>
          <w:tcPr>
            <w:tcW w:w="1949" w:type="dxa"/>
            <w:vAlign w:val="center"/>
          </w:tcPr>
          <w:p w14:paraId="22C669DD" w14:textId="77777777" w:rsidR="00213452" w:rsidRPr="00646C38" w:rsidRDefault="000E7E04">
            <w:pPr>
              <w:jc w:val="center"/>
              <w:rPr>
                <w:sz w:val="22"/>
              </w:rPr>
            </w:pPr>
            <w:r w:rsidRPr="00646C38">
              <w:rPr>
                <w:sz w:val="22"/>
              </w:rPr>
              <w:t>AC - PC</w:t>
            </w:r>
          </w:p>
        </w:tc>
        <w:tc>
          <w:tcPr>
            <w:tcW w:w="1949" w:type="dxa"/>
            <w:vAlign w:val="center"/>
          </w:tcPr>
          <w:p w14:paraId="30D8199B" w14:textId="77777777" w:rsidR="00213452" w:rsidRPr="00646C38" w:rsidRDefault="000E7E04">
            <w:pPr>
              <w:jc w:val="center"/>
              <w:rPr>
                <w:sz w:val="22"/>
              </w:rPr>
            </w:pPr>
            <w:r w:rsidRPr="00646C38">
              <w:rPr>
                <w:sz w:val="22"/>
              </w:rPr>
              <w:t>$ ____________</w:t>
            </w:r>
          </w:p>
        </w:tc>
        <w:tc>
          <w:tcPr>
            <w:tcW w:w="1949" w:type="dxa"/>
            <w:vAlign w:val="center"/>
          </w:tcPr>
          <w:p w14:paraId="6D5B0C5F" w14:textId="77777777" w:rsidR="00213452" w:rsidRPr="00646C38" w:rsidRDefault="000E7E04">
            <w:pPr>
              <w:jc w:val="center"/>
              <w:rPr>
                <w:sz w:val="22"/>
              </w:rPr>
            </w:pPr>
            <w:r w:rsidRPr="00646C38">
              <w:rPr>
                <w:sz w:val="22"/>
              </w:rPr>
              <w:t>≥ 450 SMMLV</w:t>
            </w:r>
          </w:p>
        </w:tc>
        <w:tc>
          <w:tcPr>
            <w:tcW w:w="1949" w:type="dxa"/>
            <w:vAlign w:val="center"/>
          </w:tcPr>
          <w:p w14:paraId="58F69A23" w14:textId="77777777" w:rsidR="00213452" w:rsidRPr="00646C38" w:rsidRDefault="000E7E04">
            <w:pPr>
              <w:jc w:val="center"/>
              <w:rPr>
                <w:sz w:val="22"/>
              </w:rPr>
            </w:pPr>
            <w:r w:rsidRPr="00646C38">
              <w:rPr>
                <w:sz w:val="22"/>
              </w:rPr>
              <w:t>Sí ☐   No ☐</w:t>
            </w:r>
          </w:p>
        </w:tc>
      </w:tr>
    </w:tbl>
    <w:p w14:paraId="70FA2B38" w14:textId="77777777" w:rsidR="00213452" w:rsidRPr="00646C38" w:rsidRDefault="00213452">
      <w:pPr>
        <w:spacing w:after="0" w:line="240" w:lineRule="auto"/>
        <w:rPr>
          <w:sz w:val="22"/>
        </w:rPr>
      </w:pPr>
    </w:p>
    <w:p w14:paraId="4858F6CF" w14:textId="77777777" w:rsidR="00213452" w:rsidRDefault="000E7E04" w:rsidP="00646C38">
      <w:pPr>
        <w:spacing w:after="40" w:line="240" w:lineRule="auto"/>
        <w:jc w:val="both"/>
        <w:rPr>
          <w:sz w:val="22"/>
        </w:rPr>
      </w:pPr>
      <w:r w:rsidRPr="00646C38">
        <w:rPr>
          <w:sz w:val="22"/>
        </w:rPr>
        <w:lastRenderedPageBreak/>
        <w:t>Para efectos de la evaluación, el valor del Salario Mínimo Mensual Legal Vigente (SMMLV) será el vigente para la fecha establecida en los documentos definitivos del proceso.</w:t>
      </w:r>
    </w:p>
    <w:p w14:paraId="28A105DE" w14:textId="77777777" w:rsidR="00646C38" w:rsidRPr="00646C38" w:rsidRDefault="00646C38" w:rsidP="00646C38">
      <w:pPr>
        <w:spacing w:after="40" w:line="240" w:lineRule="auto"/>
        <w:jc w:val="both"/>
        <w:rPr>
          <w:sz w:val="22"/>
        </w:rPr>
      </w:pPr>
    </w:p>
    <w:p w14:paraId="18013998" w14:textId="77777777" w:rsidR="00213452" w:rsidRDefault="000E7E04" w:rsidP="00646C38">
      <w:pPr>
        <w:spacing w:after="40" w:line="240" w:lineRule="auto"/>
        <w:jc w:val="both"/>
        <w:rPr>
          <w:sz w:val="22"/>
        </w:rPr>
      </w:pPr>
      <w:r w:rsidRPr="00646C38">
        <w:rPr>
          <w:sz w:val="22"/>
        </w:rPr>
        <w:t>La presente certificación se expide bajo la gravedad de juramento, haciendo constar que la información aquí consignada corresponde a las cifras contenidas en los estados financieros aportados por el oferente y que los cálculos fueron realizados conforme a las fórmulas establecidas en las Condiciones y Términos de la Convocatoria.</w:t>
      </w:r>
    </w:p>
    <w:p w14:paraId="518CECF5" w14:textId="77777777" w:rsidR="00646C38" w:rsidRDefault="00646C38" w:rsidP="00646C38">
      <w:pPr>
        <w:spacing w:after="40" w:line="240" w:lineRule="auto"/>
        <w:jc w:val="both"/>
        <w:rPr>
          <w:sz w:val="22"/>
        </w:rPr>
      </w:pPr>
    </w:p>
    <w:p w14:paraId="020B4042" w14:textId="77777777" w:rsidR="00213452" w:rsidRDefault="000E7E04" w:rsidP="00646C38">
      <w:pPr>
        <w:spacing w:after="40" w:line="240" w:lineRule="auto"/>
        <w:jc w:val="both"/>
        <w:rPr>
          <w:sz w:val="22"/>
        </w:rPr>
      </w:pPr>
      <w:r w:rsidRPr="00646C38">
        <w:rPr>
          <w:sz w:val="22"/>
        </w:rPr>
        <w:t>Se firma en ________________________________, a los ____ días del mes de __________________ de 2026.</w:t>
      </w:r>
    </w:p>
    <w:p w14:paraId="7BE0E136" w14:textId="77777777" w:rsidR="00646C38" w:rsidRDefault="00646C38">
      <w:pPr>
        <w:spacing w:after="40" w:line="240" w:lineRule="auto"/>
        <w:rPr>
          <w:sz w:val="22"/>
        </w:rPr>
      </w:pPr>
    </w:p>
    <w:p w14:paraId="3A0A63C3" w14:textId="77777777" w:rsidR="00646C38" w:rsidRDefault="00646C38">
      <w:pPr>
        <w:spacing w:after="40" w:line="240" w:lineRule="auto"/>
        <w:rPr>
          <w:sz w:val="22"/>
        </w:rPr>
      </w:pPr>
    </w:p>
    <w:p w14:paraId="539C1B66" w14:textId="77777777" w:rsidR="00646C38" w:rsidRDefault="00646C38">
      <w:pPr>
        <w:spacing w:after="40" w:line="240" w:lineRule="auto"/>
        <w:rPr>
          <w:sz w:val="22"/>
        </w:rPr>
      </w:pPr>
    </w:p>
    <w:p w14:paraId="2BB472B6" w14:textId="77777777" w:rsidR="00646C38" w:rsidRPr="00646C38" w:rsidRDefault="00646C38">
      <w:pPr>
        <w:spacing w:after="40" w:line="240" w:lineRule="auto"/>
        <w:rPr>
          <w:sz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19"/>
        <w:gridCol w:w="4419"/>
      </w:tblGrid>
      <w:tr w:rsidR="00213452" w:rsidRPr="00646C38" w14:paraId="1E3F8DE2" w14:textId="77777777">
        <w:trPr>
          <w:jc w:val="center"/>
        </w:trPr>
        <w:tc>
          <w:tcPr>
            <w:tcW w:w="4873" w:type="dxa"/>
            <w:vAlign w:val="center"/>
          </w:tcPr>
          <w:p w14:paraId="04ACD4C2" w14:textId="77777777" w:rsidR="00213452" w:rsidRPr="00646C38" w:rsidRDefault="000E7E04">
            <w:pPr>
              <w:spacing w:after="0" w:line="240" w:lineRule="auto"/>
              <w:jc w:val="center"/>
              <w:rPr>
                <w:sz w:val="22"/>
              </w:rPr>
            </w:pPr>
            <w:r w:rsidRPr="00646C38">
              <w:rPr>
                <w:sz w:val="22"/>
              </w:rPr>
              <w:t>____________________________________</w:t>
            </w:r>
          </w:p>
        </w:tc>
        <w:tc>
          <w:tcPr>
            <w:tcW w:w="4873" w:type="dxa"/>
            <w:vAlign w:val="center"/>
          </w:tcPr>
          <w:p w14:paraId="756AD378" w14:textId="77777777" w:rsidR="00213452" w:rsidRPr="00646C38" w:rsidRDefault="000E7E04">
            <w:pPr>
              <w:spacing w:after="0" w:line="240" w:lineRule="auto"/>
              <w:jc w:val="center"/>
              <w:rPr>
                <w:sz w:val="22"/>
              </w:rPr>
            </w:pPr>
            <w:r w:rsidRPr="00646C38">
              <w:rPr>
                <w:sz w:val="22"/>
              </w:rPr>
              <w:t>____________________________________</w:t>
            </w:r>
          </w:p>
        </w:tc>
      </w:tr>
      <w:tr w:rsidR="00213452" w:rsidRPr="00646C38" w14:paraId="2D5C4310" w14:textId="77777777">
        <w:trPr>
          <w:jc w:val="center"/>
        </w:trPr>
        <w:tc>
          <w:tcPr>
            <w:tcW w:w="4873" w:type="dxa"/>
            <w:vAlign w:val="center"/>
          </w:tcPr>
          <w:p w14:paraId="0732E601" w14:textId="77777777" w:rsidR="00213452" w:rsidRPr="00646C38" w:rsidRDefault="000E7E04">
            <w:pPr>
              <w:spacing w:after="0" w:line="240" w:lineRule="auto"/>
              <w:jc w:val="center"/>
              <w:rPr>
                <w:sz w:val="22"/>
              </w:rPr>
            </w:pPr>
            <w:r w:rsidRPr="00646C38">
              <w:rPr>
                <w:b/>
                <w:sz w:val="22"/>
              </w:rPr>
              <w:t>CONTADOR(A) PÚBLICO(A)</w:t>
            </w:r>
          </w:p>
        </w:tc>
        <w:tc>
          <w:tcPr>
            <w:tcW w:w="4873" w:type="dxa"/>
            <w:vAlign w:val="center"/>
          </w:tcPr>
          <w:p w14:paraId="46AE721B" w14:textId="77777777" w:rsidR="00213452" w:rsidRPr="00646C38" w:rsidRDefault="000E7E04">
            <w:pPr>
              <w:spacing w:after="0" w:line="240" w:lineRule="auto"/>
              <w:jc w:val="center"/>
              <w:rPr>
                <w:sz w:val="22"/>
              </w:rPr>
            </w:pPr>
            <w:r w:rsidRPr="00646C38">
              <w:rPr>
                <w:b/>
                <w:sz w:val="22"/>
              </w:rPr>
              <w:t>REVISOR(A) FISCAL (cuando aplique)</w:t>
            </w:r>
          </w:p>
        </w:tc>
      </w:tr>
      <w:tr w:rsidR="00213452" w:rsidRPr="00646C38" w14:paraId="1AF1D7C8" w14:textId="77777777">
        <w:trPr>
          <w:jc w:val="center"/>
        </w:trPr>
        <w:tc>
          <w:tcPr>
            <w:tcW w:w="4873" w:type="dxa"/>
            <w:vAlign w:val="center"/>
          </w:tcPr>
          <w:p w14:paraId="47857AB4" w14:textId="77777777" w:rsidR="00213452" w:rsidRPr="00646C38" w:rsidRDefault="000E7E04">
            <w:pPr>
              <w:spacing w:after="0" w:line="240" w:lineRule="auto"/>
              <w:jc w:val="center"/>
              <w:rPr>
                <w:sz w:val="22"/>
              </w:rPr>
            </w:pPr>
            <w:r w:rsidRPr="00646C38">
              <w:rPr>
                <w:sz w:val="22"/>
              </w:rPr>
              <w:t>Nombre: ____________________________</w:t>
            </w:r>
          </w:p>
        </w:tc>
        <w:tc>
          <w:tcPr>
            <w:tcW w:w="4873" w:type="dxa"/>
            <w:vAlign w:val="center"/>
          </w:tcPr>
          <w:p w14:paraId="66C12694" w14:textId="77777777" w:rsidR="00213452" w:rsidRPr="00646C38" w:rsidRDefault="000E7E04">
            <w:pPr>
              <w:spacing w:after="0" w:line="240" w:lineRule="auto"/>
              <w:jc w:val="center"/>
              <w:rPr>
                <w:sz w:val="22"/>
              </w:rPr>
            </w:pPr>
            <w:r w:rsidRPr="00646C38">
              <w:rPr>
                <w:sz w:val="22"/>
              </w:rPr>
              <w:t>Nombre: ____________________________</w:t>
            </w:r>
          </w:p>
        </w:tc>
      </w:tr>
      <w:tr w:rsidR="00213452" w:rsidRPr="00646C38" w14:paraId="7E2D9581" w14:textId="77777777">
        <w:trPr>
          <w:jc w:val="center"/>
        </w:trPr>
        <w:tc>
          <w:tcPr>
            <w:tcW w:w="4873" w:type="dxa"/>
            <w:vAlign w:val="center"/>
          </w:tcPr>
          <w:p w14:paraId="4AEFC93B" w14:textId="77777777" w:rsidR="00213452" w:rsidRPr="00646C38" w:rsidRDefault="000E7E04">
            <w:pPr>
              <w:spacing w:after="0" w:line="240" w:lineRule="auto"/>
              <w:jc w:val="center"/>
              <w:rPr>
                <w:sz w:val="22"/>
              </w:rPr>
            </w:pPr>
            <w:r w:rsidRPr="00646C38">
              <w:rPr>
                <w:sz w:val="22"/>
              </w:rPr>
              <w:t>C.C.: _______________________________</w:t>
            </w:r>
          </w:p>
        </w:tc>
        <w:tc>
          <w:tcPr>
            <w:tcW w:w="4873" w:type="dxa"/>
            <w:vAlign w:val="center"/>
          </w:tcPr>
          <w:p w14:paraId="6C07B166" w14:textId="77777777" w:rsidR="00213452" w:rsidRPr="00646C38" w:rsidRDefault="000E7E04">
            <w:pPr>
              <w:spacing w:after="0" w:line="240" w:lineRule="auto"/>
              <w:jc w:val="center"/>
              <w:rPr>
                <w:sz w:val="22"/>
              </w:rPr>
            </w:pPr>
            <w:r w:rsidRPr="00646C38">
              <w:rPr>
                <w:sz w:val="22"/>
              </w:rPr>
              <w:t>C.C.: _______________________________</w:t>
            </w:r>
          </w:p>
        </w:tc>
      </w:tr>
      <w:tr w:rsidR="00213452" w:rsidRPr="00646C38" w14:paraId="2828E2A0" w14:textId="77777777">
        <w:trPr>
          <w:jc w:val="center"/>
        </w:trPr>
        <w:tc>
          <w:tcPr>
            <w:tcW w:w="4873" w:type="dxa"/>
            <w:vAlign w:val="center"/>
          </w:tcPr>
          <w:p w14:paraId="35CD7504" w14:textId="77777777" w:rsidR="00213452" w:rsidRPr="00646C38" w:rsidRDefault="000E7E04">
            <w:pPr>
              <w:spacing w:after="0" w:line="240" w:lineRule="auto"/>
              <w:jc w:val="center"/>
              <w:rPr>
                <w:sz w:val="22"/>
              </w:rPr>
            </w:pPr>
            <w:r w:rsidRPr="00646C38">
              <w:rPr>
                <w:sz w:val="22"/>
              </w:rPr>
              <w:t>T.P. No.: ___________________________</w:t>
            </w:r>
          </w:p>
        </w:tc>
        <w:tc>
          <w:tcPr>
            <w:tcW w:w="4873" w:type="dxa"/>
            <w:vAlign w:val="center"/>
          </w:tcPr>
          <w:p w14:paraId="260EFDBC" w14:textId="77777777" w:rsidR="00213452" w:rsidRPr="00646C38" w:rsidRDefault="000E7E04">
            <w:pPr>
              <w:spacing w:after="0" w:line="240" w:lineRule="auto"/>
              <w:jc w:val="center"/>
              <w:rPr>
                <w:sz w:val="22"/>
              </w:rPr>
            </w:pPr>
            <w:r w:rsidRPr="00646C38">
              <w:rPr>
                <w:sz w:val="22"/>
              </w:rPr>
              <w:t>T.P. No.: ___________________________</w:t>
            </w:r>
          </w:p>
        </w:tc>
      </w:tr>
    </w:tbl>
    <w:p w14:paraId="438AD8FC" w14:textId="77777777" w:rsidR="00213452" w:rsidRPr="00646C38" w:rsidRDefault="00213452">
      <w:pPr>
        <w:spacing w:after="0" w:line="240" w:lineRule="auto"/>
        <w:rPr>
          <w:sz w:val="22"/>
        </w:rPr>
      </w:pPr>
    </w:p>
    <w:p w14:paraId="40B3129D" w14:textId="44A17114" w:rsidR="00213452" w:rsidRPr="00646C38" w:rsidRDefault="000E7E04" w:rsidP="00646C38">
      <w:pPr>
        <w:spacing w:after="40" w:line="240" w:lineRule="auto"/>
        <w:jc w:val="both"/>
        <w:rPr>
          <w:sz w:val="22"/>
        </w:rPr>
      </w:pPr>
      <w:r w:rsidRPr="00646C38">
        <w:rPr>
          <w:i/>
          <w:sz w:val="22"/>
        </w:rPr>
        <w:t>Nota: Cuando el oferente no esté obligado legalmente a tener Revisor Fiscal, la certificación deberá ser suscrita por el Contador Público responsable de la información financiera. Se de</w:t>
      </w:r>
      <w:r w:rsidR="00646C38">
        <w:rPr>
          <w:i/>
          <w:sz w:val="22"/>
        </w:rPr>
        <w:t xml:space="preserve"> </w:t>
      </w:r>
      <w:r w:rsidRPr="00646C38">
        <w:rPr>
          <w:i/>
          <w:sz w:val="22"/>
        </w:rPr>
        <w:t>berá adjuntar copia</w:t>
      </w:r>
      <w:r w:rsidRPr="00646C38">
        <w:rPr>
          <w:i/>
          <w:sz w:val="22"/>
        </w:rPr>
        <w:t xml:space="preserve"> de la tarjeta profesional y certificado vigente de antecedentes disciplinarios expedido por la Junta Central de Contadores de quien suscriba la certificación.</w:t>
      </w:r>
    </w:p>
    <w:sectPr w:rsidR="00213452" w:rsidRPr="00646C38" w:rsidSect="00646C38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5204718">
    <w:abstractNumId w:val="8"/>
  </w:num>
  <w:num w:numId="2" w16cid:durableId="1240365297">
    <w:abstractNumId w:val="6"/>
  </w:num>
  <w:num w:numId="3" w16cid:durableId="246236584">
    <w:abstractNumId w:val="5"/>
  </w:num>
  <w:num w:numId="4" w16cid:durableId="203491634">
    <w:abstractNumId w:val="4"/>
  </w:num>
  <w:num w:numId="5" w16cid:durableId="511064721">
    <w:abstractNumId w:val="7"/>
  </w:num>
  <w:num w:numId="6" w16cid:durableId="1461798409">
    <w:abstractNumId w:val="3"/>
  </w:num>
  <w:num w:numId="7" w16cid:durableId="1812822369">
    <w:abstractNumId w:val="2"/>
  </w:num>
  <w:num w:numId="8" w16cid:durableId="197741442">
    <w:abstractNumId w:val="1"/>
  </w:num>
  <w:num w:numId="9" w16cid:durableId="1445424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3452"/>
    <w:rsid w:val="0029639D"/>
    <w:rsid w:val="003002D1"/>
    <w:rsid w:val="003133C5"/>
    <w:rsid w:val="00326F90"/>
    <w:rsid w:val="00471EEB"/>
    <w:rsid w:val="00646C3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1FC933"/>
  <w14:defaultImageDpi w14:val="300"/>
  <w15:docId w15:val="{E909F928-95C6-4909-985C-9F0FBEAB9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317D1D12A0F2418BBF7F9D08A30A96" ma:contentTypeVersion="19" ma:contentTypeDescription="Crear nuevo documento." ma:contentTypeScope="" ma:versionID="dc3998566d5eab218e0c9095dff210ef">
  <xsd:schema xmlns:xsd="http://www.w3.org/2001/XMLSchema" xmlns:xs="http://www.w3.org/2001/XMLSchema" xmlns:p="http://schemas.microsoft.com/office/2006/metadata/properties" xmlns:ns2="7b97058e-7a62-46ab-9304-a3c1bef553dd" xmlns:ns3="20c19af0-f2aa-4415-85b1-f9d8ede9ddb3" targetNamespace="http://schemas.microsoft.com/office/2006/metadata/properties" ma:root="true" ma:fieldsID="f922e5c8896901904c48421d6a93f58e" ns2:_="" ns3:_="">
    <xsd:import namespace="7b97058e-7a62-46ab-9304-a3c1bef553dd"/>
    <xsd:import namespace="20c19af0-f2aa-4415-85b1-f9d8ede9dd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97058e-7a62-46ab-9304-a3c1bef553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a6e673bc-ead0-4194-916e-3e42e1e1ae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19af0-f2aa-4415-85b1-f9d8ede9ddb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f897866-8ffd-4205-a091-389a5835fc6e}" ma:internalName="TaxCatchAll" ma:showField="CatchAllData" ma:web="20c19af0-f2aa-4415-85b1-f9d8ede9dd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97058e-7a62-46ab-9304-a3c1bef553dd">
      <Terms xmlns="http://schemas.microsoft.com/office/infopath/2007/PartnerControls"/>
    </lcf76f155ced4ddcb4097134ff3c332f>
    <TaxCatchAll xmlns="20c19af0-f2aa-4415-85b1-f9d8ede9ddb3" xsi:nil="true"/>
  </documentManagement>
</p:properties>
</file>

<file path=customXml/itemProps1.xml><?xml version="1.0" encoding="utf-8"?>
<ds:datastoreItem xmlns:ds="http://schemas.openxmlformats.org/officeDocument/2006/customXml" ds:itemID="{C0949A2F-DCED-49CB-A9E0-B93A7E18B2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953956-98A6-4825-9369-2DED728940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97058e-7a62-46ab-9304-a3c1bef553dd"/>
    <ds:schemaRef ds:uri="20c19af0-f2aa-4415-85b1-f9d8ede9dd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173DC96-045E-4E9B-B62E-145707A654FE}">
  <ds:schemaRefs>
    <ds:schemaRef ds:uri="http://schemas.microsoft.com/office/2006/metadata/properties"/>
    <ds:schemaRef ds:uri="http://schemas.microsoft.com/office/infopath/2007/PartnerControls"/>
    <ds:schemaRef ds:uri="7b97058e-7a62-46ab-9304-a3c1bef553dd"/>
    <ds:schemaRef ds:uri="20c19af0-f2aa-4415-85b1-f9d8ede9ddb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PAULINA ORTEGA ALVAREZ</cp:lastModifiedBy>
  <cp:revision>2</cp:revision>
  <dcterms:created xsi:type="dcterms:W3CDTF">2026-09-22T16:10:00Z</dcterms:created>
  <dcterms:modified xsi:type="dcterms:W3CDTF">2026-09-22T16:10:00Z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0x010100E2317D1D12A0F2418BBF7F9D08A30A96</vt:lpwstr>
  </property>
</Properties>
</file>